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800"/>
        <w:gridCol w:w="6480"/>
        <w:gridCol w:w="1656"/>
      </w:tblGrid>
      <w:tr w:rsidR="00DB53B8" w14:paraId="66D3CEE3" w14:textId="77777777">
        <w:tc>
          <w:tcPr>
            <w:tcW w:w="1800" w:type="dxa"/>
            <w:vAlign w:val="center"/>
          </w:tcPr>
          <w:p w14:paraId="76C55F01" w14:textId="77777777" w:rsidR="00DB53B8" w:rsidRDefault="001A70C6">
            <w:r>
              <w:rPr>
                <w:noProof/>
              </w:rPr>
              <w:drawing>
                <wp:inline distT="0" distB="0" distL="0" distR="0" wp14:anchorId="12CCAA7B" wp14:editId="50B4E55C">
                  <wp:extent cx="1097280" cy="61722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relog_vizual_V2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617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80" w:type="dxa"/>
            <w:vAlign w:val="center"/>
          </w:tcPr>
          <w:p w14:paraId="0CDAB3C2" w14:textId="77777777" w:rsidR="00DB53B8" w:rsidRPr="00B34301" w:rsidRDefault="001A70C6">
            <w:pPr>
              <w:spacing w:after="0"/>
              <w:jc w:val="center"/>
              <w:rPr>
                <w:lang w:val="de-DE"/>
              </w:rPr>
            </w:pPr>
            <w:proofErr w:type="spellStart"/>
            <w:r w:rsidRPr="00B34301">
              <w:rPr>
                <w:b/>
                <w:color w:val="115A3C"/>
                <w:lang w:val="de-DE"/>
              </w:rPr>
              <w:t>Energetska</w:t>
            </w:r>
            <w:proofErr w:type="spellEnd"/>
            <w:r w:rsidRPr="00B34301">
              <w:rPr>
                <w:b/>
                <w:color w:val="115A3C"/>
                <w:lang w:val="de-DE"/>
              </w:rPr>
              <w:t xml:space="preserve"> </w:t>
            </w:r>
            <w:proofErr w:type="spellStart"/>
            <w:r w:rsidRPr="00B34301">
              <w:rPr>
                <w:b/>
                <w:color w:val="115A3C"/>
                <w:lang w:val="de-DE"/>
              </w:rPr>
              <w:t>udruga</w:t>
            </w:r>
            <w:proofErr w:type="spellEnd"/>
            <w:r w:rsidRPr="00B34301">
              <w:rPr>
                <w:b/>
                <w:color w:val="115A3C"/>
                <w:lang w:val="de-DE"/>
              </w:rPr>
              <w:t xml:space="preserve"> </w:t>
            </w:r>
            <w:proofErr w:type="spellStart"/>
            <w:r w:rsidRPr="00B34301">
              <w:rPr>
                <w:b/>
                <w:color w:val="115A3C"/>
                <w:lang w:val="de-DE"/>
              </w:rPr>
              <w:t>građana</w:t>
            </w:r>
            <w:proofErr w:type="spellEnd"/>
            <w:r w:rsidRPr="00B34301">
              <w:rPr>
                <w:b/>
                <w:color w:val="115A3C"/>
                <w:lang w:val="de-DE"/>
              </w:rPr>
              <w:t xml:space="preserve"> „Zeleni Prelog“</w:t>
            </w:r>
          </w:p>
          <w:p w14:paraId="3D2EDFD6" w14:textId="77777777" w:rsidR="00DB53B8" w:rsidRDefault="001A70C6">
            <w:pPr>
              <w:spacing w:after="0"/>
              <w:jc w:val="center"/>
            </w:pPr>
            <w:r>
              <w:rPr>
                <w:color w:val="465055"/>
              </w:rPr>
              <w:t>Citizen Green Energy Club Prelog</w:t>
            </w:r>
          </w:p>
          <w:p w14:paraId="4A4DDDB9" w14:textId="77777777" w:rsidR="00DB53B8" w:rsidRDefault="001A70C6">
            <w:pPr>
              <w:spacing w:after="0"/>
              <w:jc w:val="center"/>
            </w:pPr>
            <w:proofErr w:type="spellStart"/>
            <w:r>
              <w:rPr>
                <w:color w:val="465055"/>
              </w:rPr>
              <w:t>Hrupine</w:t>
            </w:r>
            <w:proofErr w:type="spellEnd"/>
            <w:r>
              <w:rPr>
                <w:color w:val="465055"/>
              </w:rPr>
              <w:t xml:space="preserve"> 7B, 40323 Prelog, Croatia</w:t>
            </w:r>
          </w:p>
          <w:p w14:paraId="283FD8E7" w14:textId="77777777" w:rsidR="00DB53B8" w:rsidRDefault="001A70C6">
            <w:pPr>
              <w:spacing w:after="0"/>
              <w:jc w:val="center"/>
            </w:pPr>
            <w:r>
              <w:rPr>
                <w:color w:val="465055"/>
              </w:rPr>
              <w:t>zeleniprelog@prelog.hr</w:t>
            </w:r>
          </w:p>
        </w:tc>
        <w:tc>
          <w:tcPr>
            <w:tcW w:w="1656" w:type="dxa"/>
            <w:vAlign w:val="center"/>
          </w:tcPr>
          <w:p w14:paraId="3470CF77" w14:textId="77777777" w:rsidR="00DB53B8" w:rsidRDefault="001A70C6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6CFC87F" wp14:editId="2C4B9451">
                  <wp:extent cx="1024128" cy="604181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(20261015-064436).png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4128" cy="6041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B396935" w14:textId="77777777" w:rsidR="0028357B" w:rsidRDefault="0028357B">
      <w:pPr>
        <w:jc w:val="center"/>
        <w:rPr>
          <w:b/>
          <w:color w:val="135B35"/>
          <w:sz w:val="26"/>
        </w:rPr>
      </w:pPr>
    </w:p>
    <w:p w14:paraId="66B4BF51" w14:textId="1D20B7D7" w:rsidR="00DB53B8" w:rsidRDefault="001A70C6">
      <w:pPr>
        <w:jc w:val="center"/>
      </w:pPr>
      <w:r>
        <w:rPr>
          <w:b/>
          <w:color w:val="135B35"/>
          <w:sz w:val="26"/>
        </w:rPr>
        <w:t>OBRAZAC PRIJAVE</w:t>
      </w:r>
      <w:r>
        <w:rPr>
          <w:b/>
          <w:color w:val="135B35"/>
          <w:sz w:val="26"/>
        </w:rPr>
        <w:br/>
        <w:t>NAJZELENIJI PODUZETNIK (THE GREENEST COMPANY) 2026.</w:t>
      </w:r>
    </w:p>
    <w:p w14:paraId="3F1C72FF" w14:textId="77777777" w:rsidR="00DB53B8" w:rsidRDefault="001A70C6" w:rsidP="0091445B">
      <w:pPr>
        <w:jc w:val="both"/>
      </w:pPr>
      <w:proofErr w:type="spellStart"/>
      <w:r>
        <w:t>Upute</w:t>
      </w:r>
      <w:proofErr w:type="spellEnd"/>
      <w:r>
        <w:t xml:space="preserve">: </w:t>
      </w:r>
      <w:proofErr w:type="spellStart"/>
      <w:r>
        <w:t>Navedite</w:t>
      </w:r>
      <w:proofErr w:type="spellEnd"/>
      <w:r>
        <w:t xml:space="preserve"> </w:t>
      </w:r>
      <w:proofErr w:type="spellStart"/>
      <w:r>
        <w:t>ukupna</w:t>
      </w:r>
      <w:proofErr w:type="spellEnd"/>
      <w:r>
        <w:t xml:space="preserve"> </w:t>
      </w:r>
      <w:proofErr w:type="spellStart"/>
      <w:r>
        <w:t>dosadašnja</w:t>
      </w:r>
      <w:proofErr w:type="spellEnd"/>
      <w:r>
        <w:t xml:space="preserve"> </w:t>
      </w:r>
      <w:proofErr w:type="spellStart"/>
      <w:r>
        <w:t>ulaganja</w:t>
      </w:r>
      <w:proofErr w:type="spellEnd"/>
      <w:r>
        <w:t xml:space="preserve"> i </w:t>
      </w:r>
      <w:proofErr w:type="spellStart"/>
      <w:r>
        <w:t>rezultate</w:t>
      </w:r>
      <w:proofErr w:type="spellEnd"/>
      <w:r>
        <w:t xml:space="preserve">, a </w:t>
      </w:r>
      <w:proofErr w:type="spellStart"/>
      <w:r>
        <w:t>zasebno</w:t>
      </w:r>
      <w:proofErr w:type="spellEnd"/>
      <w:r>
        <w:t xml:space="preserve"> </w:t>
      </w:r>
      <w:proofErr w:type="spellStart"/>
      <w:r>
        <w:t>istaknite</w:t>
      </w:r>
      <w:proofErr w:type="spellEnd"/>
      <w:r>
        <w:t xml:space="preserve"> </w:t>
      </w:r>
      <w:proofErr w:type="spellStart"/>
      <w:r>
        <w:t>ulaganja</w:t>
      </w:r>
      <w:proofErr w:type="spellEnd"/>
      <w:r>
        <w:t xml:space="preserve"> i </w:t>
      </w:r>
      <w:proofErr w:type="spellStart"/>
      <w:r>
        <w:t>aktivnosti</w:t>
      </w:r>
      <w:proofErr w:type="spellEnd"/>
      <w:r>
        <w:t xml:space="preserve"> u </w:t>
      </w:r>
      <w:proofErr w:type="spellStart"/>
      <w:r>
        <w:t>posljednjih</w:t>
      </w:r>
      <w:proofErr w:type="spellEnd"/>
      <w:r>
        <w:t xml:space="preserve"> </w:t>
      </w:r>
      <w:proofErr w:type="spellStart"/>
      <w:r>
        <w:t>godinu</w:t>
      </w:r>
      <w:proofErr w:type="spellEnd"/>
      <w:r>
        <w:t xml:space="preserve"> dana. Ako </w:t>
      </w:r>
      <w:proofErr w:type="spellStart"/>
      <w:r>
        <w:t>podatak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primjenjiv</w:t>
      </w:r>
      <w:proofErr w:type="spellEnd"/>
      <w:r>
        <w:t xml:space="preserve">, </w:t>
      </w:r>
      <w:proofErr w:type="spellStart"/>
      <w:r>
        <w:t>upišite</w:t>
      </w:r>
      <w:proofErr w:type="spellEnd"/>
      <w:r>
        <w:t xml:space="preserve"> N/P;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dostupan</w:t>
      </w:r>
      <w:proofErr w:type="spellEnd"/>
      <w:r>
        <w:t xml:space="preserve">, </w:t>
      </w:r>
      <w:proofErr w:type="spellStart"/>
      <w:r>
        <w:t>navedite</w:t>
      </w:r>
      <w:proofErr w:type="spellEnd"/>
      <w:r>
        <w:t xml:space="preserve"> to. Uz </w:t>
      </w:r>
      <w:proofErr w:type="spellStart"/>
      <w:r>
        <w:t>prijavu</w:t>
      </w:r>
      <w:proofErr w:type="spellEnd"/>
      <w:r>
        <w:t xml:space="preserve"> </w:t>
      </w:r>
      <w:proofErr w:type="spellStart"/>
      <w:r>
        <w:t>priložite</w:t>
      </w:r>
      <w:proofErr w:type="spellEnd"/>
      <w:r>
        <w:t xml:space="preserve"> </w:t>
      </w:r>
      <w:proofErr w:type="spellStart"/>
      <w:r>
        <w:t>raspoložive</w:t>
      </w:r>
      <w:proofErr w:type="spellEnd"/>
      <w:r>
        <w:t xml:space="preserve"> </w:t>
      </w:r>
      <w:proofErr w:type="spellStart"/>
      <w:r>
        <w:t>dokaze</w:t>
      </w:r>
      <w:proofErr w:type="spellEnd"/>
      <w:r>
        <w:t>.</w:t>
      </w:r>
    </w:p>
    <w:p w14:paraId="5D37C72B" w14:textId="77777777" w:rsidR="00900043" w:rsidRDefault="00900043"/>
    <w:p w14:paraId="4174820B" w14:textId="77777777" w:rsidR="00DB53B8" w:rsidRDefault="001A70C6">
      <w:pPr>
        <w:pStyle w:val="Heading2"/>
      </w:pPr>
      <w:r>
        <w:rPr>
          <w:sz w:val="22"/>
        </w:rPr>
        <w:t>1. PRIJAVITELJ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18"/>
        <w:gridCol w:w="6128"/>
      </w:tblGrid>
      <w:tr w:rsidR="00DB53B8" w14:paraId="14CC9477" w14:textId="77777777" w:rsidTr="00B34301">
        <w:trPr>
          <w:trHeight w:val="691"/>
        </w:trPr>
        <w:tc>
          <w:tcPr>
            <w:tcW w:w="3618" w:type="dxa"/>
            <w:shd w:val="clear" w:color="auto" w:fill="D9D9D9" w:themeFill="background1" w:themeFillShade="D9"/>
            <w:tcMar>
              <w:top w:w="95" w:type="dxa"/>
              <w:bottom w:w="95" w:type="dxa"/>
            </w:tcMar>
            <w:vAlign w:val="center"/>
          </w:tcPr>
          <w:p w14:paraId="2DADBEEF" w14:textId="12AAA856" w:rsidR="00DB53B8" w:rsidRDefault="00B34301">
            <w:r>
              <w:t>NAZIV / TVRTKA</w:t>
            </w:r>
          </w:p>
        </w:tc>
        <w:tc>
          <w:tcPr>
            <w:tcW w:w="6128" w:type="dxa"/>
            <w:tcMar>
              <w:top w:w="95" w:type="dxa"/>
              <w:bottom w:w="95" w:type="dxa"/>
            </w:tcMar>
            <w:vAlign w:val="center"/>
          </w:tcPr>
          <w:p w14:paraId="7D828F9E" w14:textId="77777777" w:rsidR="00DB53B8" w:rsidRDefault="00DB53B8"/>
        </w:tc>
      </w:tr>
      <w:tr w:rsidR="00DB53B8" w:rsidRPr="0091445B" w14:paraId="0A8E57A7" w14:textId="77777777" w:rsidTr="00B34301">
        <w:trPr>
          <w:trHeight w:val="691"/>
        </w:trPr>
        <w:tc>
          <w:tcPr>
            <w:tcW w:w="3618" w:type="dxa"/>
            <w:shd w:val="clear" w:color="auto" w:fill="D9D9D9" w:themeFill="background1" w:themeFillShade="D9"/>
            <w:tcMar>
              <w:top w:w="95" w:type="dxa"/>
              <w:bottom w:w="95" w:type="dxa"/>
            </w:tcMar>
            <w:vAlign w:val="center"/>
          </w:tcPr>
          <w:p w14:paraId="07685AA6" w14:textId="3FA0B4CA" w:rsidR="00DB53B8" w:rsidRPr="00B34301" w:rsidRDefault="00B34301">
            <w:pPr>
              <w:rPr>
                <w:lang w:val="de-DE"/>
              </w:rPr>
            </w:pPr>
            <w:r w:rsidRPr="00B34301">
              <w:rPr>
                <w:lang w:val="de-DE"/>
              </w:rPr>
              <w:t>SJEDIŠTE I ADRESA LOKACIJE U PRELOGU</w:t>
            </w:r>
          </w:p>
        </w:tc>
        <w:tc>
          <w:tcPr>
            <w:tcW w:w="6128" w:type="dxa"/>
            <w:tcMar>
              <w:top w:w="95" w:type="dxa"/>
              <w:bottom w:w="95" w:type="dxa"/>
            </w:tcMar>
            <w:vAlign w:val="center"/>
          </w:tcPr>
          <w:p w14:paraId="496A355F" w14:textId="77777777" w:rsidR="00DB53B8" w:rsidRPr="00B34301" w:rsidRDefault="00DB53B8">
            <w:pPr>
              <w:rPr>
                <w:lang w:val="de-DE"/>
              </w:rPr>
            </w:pPr>
          </w:p>
        </w:tc>
      </w:tr>
      <w:tr w:rsidR="00DB53B8" w14:paraId="0392812C" w14:textId="77777777" w:rsidTr="00B34301">
        <w:trPr>
          <w:trHeight w:val="691"/>
        </w:trPr>
        <w:tc>
          <w:tcPr>
            <w:tcW w:w="3618" w:type="dxa"/>
            <w:shd w:val="clear" w:color="auto" w:fill="D9D9D9" w:themeFill="background1" w:themeFillShade="D9"/>
            <w:tcMar>
              <w:top w:w="95" w:type="dxa"/>
              <w:bottom w:w="95" w:type="dxa"/>
            </w:tcMar>
            <w:vAlign w:val="center"/>
          </w:tcPr>
          <w:p w14:paraId="11C568DA" w14:textId="4614B742" w:rsidR="00DB53B8" w:rsidRDefault="00B34301">
            <w:r>
              <w:t>OIB</w:t>
            </w:r>
          </w:p>
        </w:tc>
        <w:tc>
          <w:tcPr>
            <w:tcW w:w="6128" w:type="dxa"/>
            <w:tcMar>
              <w:top w:w="95" w:type="dxa"/>
              <w:bottom w:w="95" w:type="dxa"/>
            </w:tcMar>
            <w:vAlign w:val="center"/>
          </w:tcPr>
          <w:p w14:paraId="5D543C19" w14:textId="77777777" w:rsidR="00DB53B8" w:rsidRDefault="00DB53B8"/>
        </w:tc>
      </w:tr>
      <w:tr w:rsidR="00DB53B8" w14:paraId="60C7B0A7" w14:textId="77777777" w:rsidTr="00B34301">
        <w:trPr>
          <w:trHeight w:val="691"/>
        </w:trPr>
        <w:tc>
          <w:tcPr>
            <w:tcW w:w="3618" w:type="dxa"/>
            <w:shd w:val="clear" w:color="auto" w:fill="D9D9D9" w:themeFill="background1" w:themeFillShade="D9"/>
            <w:tcMar>
              <w:top w:w="95" w:type="dxa"/>
              <w:bottom w:w="95" w:type="dxa"/>
            </w:tcMar>
            <w:vAlign w:val="center"/>
          </w:tcPr>
          <w:p w14:paraId="267232A7" w14:textId="2E11EDA2" w:rsidR="00DB53B8" w:rsidRDefault="00B34301">
            <w:r>
              <w:t>DJELATNOST</w:t>
            </w:r>
          </w:p>
        </w:tc>
        <w:tc>
          <w:tcPr>
            <w:tcW w:w="6128" w:type="dxa"/>
            <w:tcMar>
              <w:top w:w="95" w:type="dxa"/>
              <w:bottom w:w="95" w:type="dxa"/>
            </w:tcMar>
            <w:vAlign w:val="center"/>
          </w:tcPr>
          <w:p w14:paraId="060DF6F4" w14:textId="77777777" w:rsidR="00DB53B8" w:rsidRDefault="00DB53B8"/>
        </w:tc>
      </w:tr>
      <w:tr w:rsidR="00DB53B8" w14:paraId="37499D86" w14:textId="77777777" w:rsidTr="00B34301">
        <w:trPr>
          <w:trHeight w:val="691"/>
        </w:trPr>
        <w:tc>
          <w:tcPr>
            <w:tcW w:w="3618" w:type="dxa"/>
            <w:shd w:val="clear" w:color="auto" w:fill="D9D9D9" w:themeFill="background1" w:themeFillShade="D9"/>
            <w:tcMar>
              <w:top w:w="95" w:type="dxa"/>
              <w:bottom w:w="95" w:type="dxa"/>
            </w:tcMar>
            <w:vAlign w:val="center"/>
          </w:tcPr>
          <w:p w14:paraId="67D0D17B" w14:textId="31E97595" w:rsidR="00DB53B8" w:rsidRDefault="00B34301">
            <w:r>
              <w:t>BROJ ZAPOSLENIH (NEOBVEZNO)</w:t>
            </w:r>
          </w:p>
        </w:tc>
        <w:tc>
          <w:tcPr>
            <w:tcW w:w="6128" w:type="dxa"/>
            <w:tcMar>
              <w:top w:w="95" w:type="dxa"/>
              <w:bottom w:w="95" w:type="dxa"/>
            </w:tcMar>
            <w:vAlign w:val="center"/>
          </w:tcPr>
          <w:p w14:paraId="51013B37" w14:textId="77777777" w:rsidR="00DB53B8" w:rsidRDefault="00DB53B8"/>
        </w:tc>
      </w:tr>
      <w:tr w:rsidR="00DB53B8" w14:paraId="3A59DB24" w14:textId="77777777" w:rsidTr="00B34301">
        <w:trPr>
          <w:trHeight w:val="691"/>
        </w:trPr>
        <w:tc>
          <w:tcPr>
            <w:tcW w:w="3618" w:type="dxa"/>
            <w:shd w:val="clear" w:color="auto" w:fill="D9D9D9" w:themeFill="background1" w:themeFillShade="D9"/>
            <w:tcMar>
              <w:top w:w="95" w:type="dxa"/>
              <w:bottom w:w="95" w:type="dxa"/>
            </w:tcMar>
            <w:vAlign w:val="center"/>
          </w:tcPr>
          <w:p w14:paraId="1E2CF0C7" w14:textId="04B74FE5" w:rsidR="00DB53B8" w:rsidRDefault="00B34301">
            <w:r>
              <w:t>GODINA POČETKA RADA U PRELOGU</w:t>
            </w:r>
          </w:p>
        </w:tc>
        <w:tc>
          <w:tcPr>
            <w:tcW w:w="6128" w:type="dxa"/>
            <w:tcMar>
              <w:top w:w="95" w:type="dxa"/>
              <w:bottom w:w="95" w:type="dxa"/>
            </w:tcMar>
            <w:vAlign w:val="center"/>
          </w:tcPr>
          <w:p w14:paraId="3D1DC6A1" w14:textId="77777777" w:rsidR="00DB53B8" w:rsidRDefault="00DB53B8"/>
        </w:tc>
      </w:tr>
      <w:tr w:rsidR="00DB53B8" w14:paraId="6035418D" w14:textId="77777777" w:rsidTr="00B34301">
        <w:trPr>
          <w:trHeight w:val="691"/>
        </w:trPr>
        <w:tc>
          <w:tcPr>
            <w:tcW w:w="3618" w:type="dxa"/>
            <w:shd w:val="clear" w:color="auto" w:fill="D9D9D9" w:themeFill="background1" w:themeFillShade="D9"/>
            <w:tcMar>
              <w:top w:w="95" w:type="dxa"/>
              <w:bottom w:w="95" w:type="dxa"/>
            </w:tcMar>
            <w:vAlign w:val="center"/>
          </w:tcPr>
          <w:p w14:paraId="2438C6F3" w14:textId="6F245786" w:rsidR="00DB53B8" w:rsidRDefault="00B34301">
            <w:r>
              <w:t>KONTAKT OSOBA</w:t>
            </w:r>
          </w:p>
        </w:tc>
        <w:tc>
          <w:tcPr>
            <w:tcW w:w="6128" w:type="dxa"/>
            <w:tcMar>
              <w:top w:w="95" w:type="dxa"/>
              <w:bottom w:w="95" w:type="dxa"/>
            </w:tcMar>
            <w:vAlign w:val="center"/>
          </w:tcPr>
          <w:p w14:paraId="31352E12" w14:textId="77777777" w:rsidR="00DB53B8" w:rsidRDefault="00DB53B8"/>
        </w:tc>
      </w:tr>
      <w:tr w:rsidR="00DB53B8" w14:paraId="70BEDD69" w14:textId="77777777" w:rsidTr="00B34301">
        <w:trPr>
          <w:trHeight w:val="691"/>
        </w:trPr>
        <w:tc>
          <w:tcPr>
            <w:tcW w:w="3618" w:type="dxa"/>
            <w:shd w:val="clear" w:color="auto" w:fill="D9D9D9" w:themeFill="background1" w:themeFillShade="D9"/>
            <w:tcMar>
              <w:top w:w="95" w:type="dxa"/>
              <w:bottom w:w="95" w:type="dxa"/>
            </w:tcMar>
            <w:vAlign w:val="center"/>
          </w:tcPr>
          <w:p w14:paraId="7620B654" w14:textId="5F616942" w:rsidR="00DB53B8" w:rsidRDefault="00B34301">
            <w:proofErr w:type="gramStart"/>
            <w:r>
              <w:t>TELEFON</w:t>
            </w:r>
            <w:proofErr w:type="gramEnd"/>
            <w:r>
              <w:t xml:space="preserve"> I E-MAIL</w:t>
            </w:r>
          </w:p>
        </w:tc>
        <w:tc>
          <w:tcPr>
            <w:tcW w:w="6128" w:type="dxa"/>
            <w:tcMar>
              <w:top w:w="95" w:type="dxa"/>
              <w:bottom w:w="95" w:type="dxa"/>
            </w:tcMar>
            <w:vAlign w:val="center"/>
          </w:tcPr>
          <w:p w14:paraId="5FFFBB3C" w14:textId="77777777" w:rsidR="00DB53B8" w:rsidRDefault="00DB53B8"/>
        </w:tc>
      </w:tr>
    </w:tbl>
    <w:p w14:paraId="5A42F410" w14:textId="77777777" w:rsidR="00900043" w:rsidRDefault="00900043">
      <w:pPr>
        <w:pStyle w:val="Heading2"/>
        <w:rPr>
          <w:sz w:val="22"/>
        </w:rPr>
      </w:pPr>
    </w:p>
    <w:p w14:paraId="103FFB7C" w14:textId="77777777" w:rsidR="00900043" w:rsidRDefault="00900043">
      <w:pPr>
        <w:spacing w:after="200"/>
        <w:rPr>
          <w:rFonts w:asciiTheme="majorHAnsi" w:eastAsiaTheme="majorEastAsia" w:hAnsiTheme="majorHAnsi" w:cstheme="majorBidi"/>
          <w:b/>
          <w:bCs/>
          <w:color w:val="4F81BD" w:themeColor="accent1"/>
          <w:szCs w:val="26"/>
        </w:rPr>
      </w:pPr>
      <w:r>
        <w:br w:type="page"/>
      </w:r>
    </w:p>
    <w:p w14:paraId="65410592" w14:textId="559A01B2" w:rsidR="00DB53B8" w:rsidRDefault="001A70C6">
      <w:pPr>
        <w:pStyle w:val="Heading2"/>
      </w:pPr>
      <w:r>
        <w:rPr>
          <w:sz w:val="22"/>
        </w:rPr>
        <w:lastRenderedPageBreak/>
        <w:t>2. ENERGIJA I OBNOVLJIVI IZVORI</w:t>
      </w:r>
    </w:p>
    <w:p w14:paraId="0A7F98C5" w14:textId="77777777" w:rsidR="00DB53B8" w:rsidRDefault="001A70C6">
      <w:proofErr w:type="spellStart"/>
      <w:r>
        <w:t>Unesite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za </w:t>
      </w:r>
      <w:proofErr w:type="spellStart"/>
      <w:r>
        <w:t>postrojenja</w:t>
      </w:r>
      <w:proofErr w:type="spellEnd"/>
      <w:r>
        <w:t xml:space="preserve"> i </w:t>
      </w:r>
      <w:proofErr w:type="spellStart"/>
      <w:r>
        <w:t>sustave</w:t>
      </w:r>
      <w:proofErr w:type="spellEnd"/>
      <w:r>
        <w:t xml:space="preserve"> koji se </w:t>
      </w:r>
      <w:proofErr w:type="spellStart"/>
      <w:r>
        <w:t>koriste</w:t>
      </w:r>
      <w:proofErr w:type="spellEnd"/>
      <w:r>
        <w:t xml:space="preserve"> u </w:t>
      </w:r>
      <w:proofErr w:type="spellStart"/>
      <w:r>
        <w:t>poslovanju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području</w:t>
      </w:r>
      <w:proofErr w:type="spellEnd"/>
      <w:r>
        <w:t xml:space="preserve"> Grada </w:t>
      </w:r>
      <w:proofErr w:type="spellStart"/>
      <w:r>
        <w:t>Preloga</w:t>
      </w:r>
      <w:proofErr w:type="spellEnd"/>
      <w: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36"/>
        <w:gridCol w:w="2437"/>
        <w:gridCol w:w="2436"/>
        <w:gridCol w:w="2437"/>
      </w:tblGrid>
      <w:tr w:rsidR="00DB53B8" w14:paraId="18CCA437" w14:textId="77777777" w:rsidTr="00B34301">
        <w:trPr>
          <w:trHeight w:val="691"/>
        </w:trPr>
        <w:tc>
          <w:tcPr>
            <w:tcW w:w="2436" w:type="dxa"/>
            <w:shd w:val="clear" w:color="auto" w:fill="D9D9D9" w:themeFill="background1" w:themeFillShade="D9"/>
            <w:tcMar>
              <w:top w:w="95" w:type="dxa"/>
              <w:bottom w:w="95" w:type="dxa"/>
            </w:tcMar>
            <w:vAlign w:val="center"/>
          </w:tcPr>
          <w:p w14:paraId="5C14722A" w14:textId="53D24418" w:rsidR="00DB53B8" w:rsidRDefault="00B34301" w:rsidP="00B34301">
            <w:pPr>
              <w:jc w:val="center"/>
            </w:pPr>
            <w:r>
              <w:t>SUSTAV</w:t>
            </w:r>
          </w:p>
        </w:tc>
        <w:tc>
          <w:tcPr>
            <w:tcW w:w="2436" w:type="dxa"/>
            <w:shd w:val="clear" w:color="auto" w:fill="D9D9D9" w:themeFill="background1" w:themeFillShade="D9"/>
            <w:tcMar>
              <w:top w:w="95" w:type="dxa"/>
              <w:bottom w:w="95" w:type="dxa"/>
            </w:tcMar>
            <w:vAlign w:val="center"/>
          </w:tcPr>
          <w:p w14:paraId="176CA2BB" w14:textId="2AE57B84" w:rsidR="00DB53B8" w:rsidRDefault="00B34301" w:rsidP="00B34301">
            <w:pPr>
              <w:jc w:val="center"/>
            </w:pPr>
            <w:r>
              <w:t>INSTALIRANA SNAGA (KW)</w:t>
            </w:r>
          </w:p>
        </w:tc>
        <w:tc>
          <w:tcPr>
            <w:tcW w:w="2436" w:type="dxa"/>
            <w:shd w:val="clear" w:color="auto" w:fill="D9D9D9" w:themeFill="background1" w:themeFillShade="D9"/>
            <w:tcMar>
              <w:top w:w="95" w:type="dxa"/>
              <w:bottom w:w="95" w:type="dxa"/>
            </w:tcMar>
            <w:vAlign w:val="center"/>
          </w:tcPr>
          <w:p w14:paraId="3DABA1DF" w14:textId="2C9D90C8" w:rsidR="00DB53B8" w:rsidRDefault="00B34301" w:rsidP="00B34301">
            <w:pPr>
              <w:jc w:val="center"/>
            </w:pPr>
            <w:r>
              <w:t>GODIŠNJA PROIZVODNJA (KWH)</w:t>
            </w:r>
          </w:p>
        </w:tc>
        <w:tc>
          <w:tcPr>
            <w:tcW w:w="2436" w:type="dxa"/>
            <w:shd w:val="clear" w:color="auto" w:fill="D9D9D9" w:themeFill="background1" w:themeFillShade="D9"/>
            <w:tcMar>
              <w:top w:w="95" w:type="dxa"/>
              <w:bottom w:w="95" w:type="dxa"/>
            </w:tcMar>
            <w:vAlign w:val="center"/>
          </w:tcPr>
          <w:p w14:paraId="7C6DBBDA" w14:textId="1E9E424C" w:rsidR="00DB53B8" w:rsidRDefault="00B34301" w:rsidP="00B34301">
            <w:pPr>
              <w:jc w:val="center"/>
            </w:pPr>
            <w:r>
              <w:t>GODINA UGRADNJE</w:t>
            </w:r>
          </w:p>
        </w:tc>
      </w:tr>
      <w:tr w:rsidR="00DB53B8" w14:paraId="61A36C91" w14:textId="77777777" w:rsidTr="00B34301">
        <w:trPr>
          <w:trHeight w:val="691"/>
        </w:trPr>
        <w:tc>
          <w:tcPr>
            <w:tcW w:w="2436" w:type="dxa"/>
            <w:shd w:val="clear" w:color="auto" w:fill="D9D9D9" w:themeFill="background1" w:themeFillShade="D9"/>
            <w:tcMar>
              <w:top w:w="95" w:type="dxa"/>
              <w:bottom w:w="95" w:type="dxa"/>
            </w:tcMar>
            <w:vAlign w:val="center"/>
          </w:tcPr>
          <w:p w14:paraId="7DC49BEE" w14:textId="2CCAE2BB" w:rsidR="00DB53B8" w:rsidRDefault="00B34301">
            <w:proofErr w:type="spellStart"/>
            <w:r>
              <w:t>Solarne</w:t>
            </w:r>
            <w:proofErr w:type="spellEnd"/>
            <w:r>
              <w:t xml:space="preserve"> </w:t>
            </w:r>
            <w:proofErr w:type="spellStart"/>
            <w:r>
              <w:t>elektrane</w:t>
            </w:r>
            <w:proofErr w:type="spellEnd"/>
          </w:p>
        </w:tc>
        <w:tc>
          <w:tcPr>
            <w:tcW w:w="2436" w:type="dxa"/>
            <w:tcMar>
              <w:top w:w="95" w:type="dxa"/>
              <w:bottom w:w="95" w:type="dxa"/>
            </w:tcMar>
            <w:vAlign w:val="center"/>
          </w:tcPr>
          <w:p w14:paraId="7A9F0460" w14:textId="77777777" w:rsidR="00DB53B8" w:rsidRDefault="00DB53B8"/>
        </w:tc>
        <w:tc>
          <w:tcPr>
            <w:tcW w:w="2436" w:type="dxa"/>
            <w:tcMar>
              <w:top w:w="95" w:type="dxa"/>
              <w:bottom w:w="95" w:type="dxa"/>
            </w:tcMar>
            <w:vAlign w:val="center"/>
          </w:tcPr>
          <w:p w14:paraId="4177CE16" w14:textId="77777777" w:rsidR="00DB53B8" w:rsidRDefault="00DB53B8"/>
        </w:tc>
        <w:tc>
          <w:tcPr>
            <w:tcW w:w="2436" w:type="dxa"/>
            <w:tcMar>
              <w:top w:w="95" w:type="dxa"/>
              <w:bottom w:w="95" w:type="dxa"/>
            </w:tcMar>
            <w:vAlign w:val="center"/>
          </w:tcPr>
          <w:p w14:paraId="2C29FB88" w14:textId="77777777" w:rsidR="00DB53B8" w:rsidRDefault="00DB53B8"/>
        </w:tc>
      </w:tr>
      <w:tr w:rsidR="00DB53B8" w14:paraId="3DE28F4D" w14:textId="77777777" w:rsidTr="00B34301">
        <w:trPr>
          <w:trHeight w:val="691"/>
        </w:trPr>
        <w:tc>
          <w:tcPr>
            <w:tcW w:w="2436" w:type="dxa"/>
            <w:shd w:val="clear" w:color="auto" w:fill="D9D9D9" w:themeFill="background1" w:themeFillShade="D9"/>
            <w:tcMar>
              <w:top w:w="95" w:type="dxa"/>
              <w:bottom w:w="95" w:type="dxa"/>
            </w:tcMar>
            <w:vAlign w:val="center"/>
          </w:tcPr>
          <w:p w14:paraId="5588E08C" w14:textId="19A250DE" w:rsidR="00DB53B8" w:rsidRDefault="00B34301">
            <w:proofErr w:type="spellStart"/>
            <w:r>
              <w:t>Toplinske</w:t>
            </w:r>
            <w:proofErr w:type="spellEnd"/>
            <w:r>
              <w:t xml:space="preserve"> </w:t>
            </w:r>
            <w:proofErr w:type="spellStart"/>
            <w:r>
              <w:t>pumpe</w:t>
            </w:r>
            <w:proofErr w:type="spellEnd"/>
            <w:r>
              <w:t xml:space="preserve"> (</w:t>
            </w:r>
            <w:proofErr w:type="spellStart"/>
            <w:r>
              <w:t>toplinska</w:t>
            </w:r>
            <w:proofErr w:type="spellEnd"/>
            <w:r>
              <w:t xml:space="preserve"> </w:t>
            </w:r>
            <w:proofErr w:type="spellStart"/>
            <w:r>
              <w:t>snaga</w:t>
            </w:r>
            <w:proofErr w:type="spellEnd"/>
            <w:r>
              <w:t>)</w:t>
            </w:r>
          </w:p>
        </w:tc>
        <w:tc>
          <w:tcPr>
            <w:tcW w:w="2436" w:type="dxa"/>
            <w:tcMar>
              <w:top w:w="95" w:type="dxa"/>
              <w:bottom w:w="95" w:type="dxa"/>
            </w:tcMar>
            <w:vAlign w:val="center"/>
          </w:tcPr>
          <w:p w14:paraId="7F1B4DF2" w14:textId="77777777" w:rsidR="00DB53B8" w:rsidRDefault="00DB53B8"/>
        </w:tc>
        <w:tc>
          <w:tcPr>
            <w:tcW w:w="2436" w:type="dxa"/>
            <w:tcMar>
              <w:top w:w="95" w:type="dxa"/>
              <w:bottom w:w="95" w:type="dxa"/>
            </w:tcMar>
            <w:vAlign w:val="center"/>
          </w:tcPr>
          <w:p w14:paraId="558A3D1E" w14:textId="77777777" w:rsidR="00DB53B8" w:rsidRDefault="00DB53B8"/>
        </w:tc>
        <w:tc>
          <w:tcPr>
            <w:tcW w:w="2436" w:type="dxa"/>
            <w:tcMar>
              <w:top w:w="95" w:type="dxa"/>
              <w:bottom w:w="95" w:type="dxa"/>
            </w:tcMar>
            <w:vAlign w:val="center"/>
          </w:tcPr>
          <w:p w14:paraId="335779A5" w14:textId="77777777" w:rsidR="00DB53B8" w:rsidRDefault="00DB53B8"/>
        </w:tc>
      </w:tr>
      <w:tr w:rsidR="00DB53B8" w14:paraId="5F383305" w14:textId="77777777" w:rsidTr="00B34301">
        <w:trPr>
          <w:trHeight w:val="691"/>
        </w:trPr>
        <w:tc>
          <w:tcPr>
            <w:tcW w:w="2436" w:type="dxa"/>
            <w:shd w:val="clear" w:color="auto" w:fill="D9D9D9" w:themeFill="background1" w:themeFillShade="D9"/>
            <w:tcMar>
              <w:top w:w="95" w:type="dxa"/>
              <w:bottom w:w="95" w:type="dxa"/>
            </w:tcMar>
            <w:vAlign w:val="center"/>
          </w:tcPr>
          <w:p w14:paraId="37A04714" w14:textId="73CD7D04" w:rsidR="00DB53B8" w:rsidRDefault="00B34301">
            <w:proofErr w:type="spellStart"/>
            <w:r>
              <w:t>Bioplinska</w:t>
            </w:r>
            <w:proofErr w:type="spellEnd"/>
            <w:r>
              <w:t xml:space="preserve"> </w:t>
            </w:r>
            <w:proofErr w:type="spellStart"/>
            <w:r>
              <w:t>postrojenja</w:t>
            </w:r>
            <w:proofErr w:type="spellEnd"/>
          </w:p>
        </w:tc>
        <w:tc>
          <w:tcPr>
            <w:tcW w:w="2436" w:type="dxa"/>
            <w:tcMar>
              <w:top w:w="95" w:type="dxa"/>
              <w:bottom w:w="95" w:type="dxa"/>
            </w:tcMar>
            <w:vAlign w:val="center"/>
          </w:tcPr>
          <w:p w14:paraId="1AD39665" w14:textId="77777777" w:rsidR="00DB53B8" w:rsidRDefault="00DB53B8"/>
        </w:tc>
        <w:tc>
          <w:tcPr>
            <w:tcW w:w="2436" w:type="dxa"/>
            <w:tcMar>
              <w:top w:w="95" w:type="dxa"/>
              <w:bottom w:w="95" w:type="dxa"/>
            </w:tcMar>
            <w:vAlign w:val="center"/>
          </w:tcPr>
          <w:p w14:paraId="423D6926" w14:textId="77777777" w:rsidR="00DB53B8" w:rsidRDefault="00DB53B8"/>
        </w:tc>
        <w:tc>
          <w:tcPr>
            <w:tcW w:w="2436" w:type="dxa"/>
            <w:tcMar>
              <w:top w:w="95" w:type="dxa"/>
              <w:bottom w:w="95" w:type="dxa"/>
            </w:tcMar>
            <w:vAlign w:val="center"/>
          </w:tcPr>
          <w:p w14:paraId="48F7A315" w14:textId="77777777" w:rsidR="00DB53B8" w:rsidRDefault="00DB53B8"/>
        </w:tc>
      </w:tr>
      <w:tr w:rsidR="00DB53B8" w14:paraId="47967C67" w14:textId="77777777" w:rsidTr="00B34301">
        <w:trPr>
          <w:trHeight w:val="691"/>
        </w:trPr>
        <w:tc>
          <w:tcPr>
            <w:tcW w:w="2436" w:type="dxa"/>
            <w:shd w:val="clear" w:color="auto" w:fill="D9D9D9" w:themeFill="background1" w:themeFillShade="D9"/>
            <w:tcMar>
              <w:top w:w="95" w:type="dxa"/>
              <w:bottom w:w="95" w:type="dxa"/>
            </w:tcMar>
            <w:vAlign w:val="center"/>
          </w:tcPr>
          <w:p w14:paraId="0A0A3138" w14:textId="59138834" w:rsidR="00DB53B8" w:rsidRDefault="00B34301">
            <w:proofErr w:type="spellStart"/>
            <w:r>
              <w:t>Geotermalni</w:t>
            </w:r>
            <w:proofErr w:type="spellEnd"/>
            <w:r>
              <w:t xml:space="preserve"> </w:t>
            </w:r>
            <w:proofErr w:type="spellStart"/>
            <w:r>
              <w:t>izvori</w:t>
            </w:r>
            <w:proofErr w:type="spellEnd"/>
          </w:p>
        </w:tc>
        <w:tc>
          <w:tcPr>
            <w:tcW w:w="2436" w:type="dxa"/>
            <w:tcMar>
              <w:top w:w="95" w:type="dxa"/>
              <w:bottom w:w="95" w:type="dxa"/>
            </w:tcMar>
            <w:vAlign w:val="center"/>
          </w:tcPr>
          <w:p w14:paraId="440EE21F" w14:textId="77777777" w:rsidR="00DB53B8" w:rsidRDefault="00DB53B8"/>
        </w:tc>
        <w:tc>
          <w:tcPr>
            <w:tcW w:w="2436" w:type="dxa"/>
            <w:tcMar>
              <w:top w:w="95" w:type="dxa"/>
              <w:bottom w:w="95" w:type="dxa"/>
            </w:tcMar>
            <w:vAlign w:val="center"/>
          </w:tcPr>
          <w:p w14:paraId="0A05A29F" w14:textId="77777777" w:rsidR="00DB53B8" w:rsidRDefault="00DB53B8"/>
        </w:tc>
        <w:tc>
          <w:tcPr>
            <w:tcW w:w="2436" w:type="dxa"/>
            <w:tcMar>
              <w:top w:w="95" w:type="dxa"/>
              <w:bottom w:w="95" w:type="dxa"/>
            </w:tcMar>
            <w:vAlign w:val="center"/>
          </w:tcPr>
          <w:p w14:paraId="153C5BB2" w14:textId="77777777" w:rsidR="00DB53B8" w:rsidRDefault="00DB53B8"/>
        </w:tc>
      </w:tr>
      <w:tr w:rsidR="00DB53B8" w14:paraId="36FB3F6D" w14:textId="77777777" w:rsidTr="00B34301">
        <w:trPr>
          <w:trHeight w:val="691"/>
        </w:trPr>
        <w:tc>
          <w:tcPr>
            <w:tcW w:w="2436" w:type="dxa"/>
            <w:shd w:val="clear" w:color="auto" w:fill="D9D9D9" w:themeFill="background1" w:themeFillShade="D9"/>
            <w:tcMar>
              <w:top w:w="95" w:type="dxa"/>
              <w:bottom w:w="95" w:type="dxa"/>
            </w:tcMar>
            <w:vAlign w:val="center"/>
          </w:tcPr>
          <w:p w14:paraId="732F52DB" w14:textId="58BDB113" w:rsidR="00DB53B8" w:rsidRDefault="00B34301">
            <w:proofErr w:type="spellStart"/>
            <w:r>
              <w:t>Hidroenergija</w:t>
            </w:r>
            <w:proofErr w:type="spellEnd"/>
          </w:p>
        </w:tc>
        <w:tc>
          <w:tcPr>
            <w:tcW w:w="2436" w:type="dxa"/>
            <w:tcMar>
              <w:top w:w="95" w:type="dxa"/>
              <w:bottom w:w="95" w:type="dxa"/>
            </w:tcMar>
            <w:vAlign w:val="center"/>
          </w:tcPr>
          <w:p w14:paraId="798A9AC9" w14:textId="77777777" w:rsidR="00DB53B8" w:rsidRDefault="00DB53B8"/>
        </w:tc>
        <w:tc>
          <w:tcPr>
            <w:tcW w:w="2436" w:type="dxa"/>
            <w:tcMar>
              <w:top w:w="95" w:type="dxa"/>
              <w:bottom w:w="95" w:type="dxa"/>
            </w:tcMar>
            <w:vAlign w:val="center"/>
          </w:tcPr>
          <w:p w14:paraId="5560FB58" w14:textId="77777777" w:rsidR="00DB53B8" w:rsidRDefault="00DB53B8"/>
        </w:tc>
        <w:tc>
          <w:tcPr>
            <w:tcW w:w="2436" w:type="dxa"/>
            <w:tcMar>
              <w:top w:w="95" w:type="dxa"/>
              <w:bottom w:w="95" w:type="dxa"/>
            </w:tcMar>
            <w:vAlign w:val="center"/>
          </w:tcPr>
          <w:p w14:paraId="04972F39" w14:textId="77777777" w:rsidR="00DB53B8" w:rsidRDefault="00DB53B8"/>
        </w:tc>
      </w:tr>
      <w:tr w:rsidR="00DB53B8" w14:paraId="69ED908F" w14:textId="77777777" w:rsidTr="00B34301">
        <w:trPr>
          <w:trHeight w:val="691"/>
        </w:trPr>
        <w:tc>
          <w:tcPr>
            <w:tcW w:w="2436" w:type="dxa"/>
            <w:shd w:val="clear" w:color="auto" w:fill="D9D9D9" w:themeFill="background1" w:themeFillShade="D9"/>
            <w:tcMar>
              <w:top w:w="95" w:type="dxa"/>
              <w:bottom w:w="95" w:type="dxa"/>
            </w:tcMar>
            <w:vAlign w:val="center"/>
          </w:tcPr>
          <w:p w14:paraId="5FBD0865" w14:textId="0DA93965" w:rsidR="00DB53B8" w:rsidRDefault="00B34301">
            <w:proofErr w:type="spellStart"/>
            <w:r>
              <w:t>Vjetroelektrane</w:t>
            </w:r>
            <w:proofErr w:type="spellEnd"/>
          </w:p>
        </w:tc>
        <w:tc>
          <w:tcPr>
            <w:tcW w:w="2436" w:type="dxa"/>
            <w:tcMar>
              <w:top w:w="95" w:type="dxa"/>
              <w:bottom w:w="95" w:type="dxa"/>
            </w:tcMar>
            <w:vAlign w:val="center"/>
          </w:tcPr>
          <w:p w14:paraId="71F7F5B0" w14:textId="77777777" w:rsidR="00DB53B8" w:rsidRDefault="00DB53B8"/>
        </w:tc>
        <w:tc>
          <w:tcPr>
            <w:tcW w:w="2436" w:type="dxa"/>
            <w:tcMar>
              <w:top w:w="95" w:type="dxa"/>
              <w:bottom w:w="95" w:type="dxa"/>
            </w:tcMar>
            <w:vAlign w:val="center"/>
          </w:tcPr>
          <w:p w14:paraId="50994976" w14:textId="77777777" w:rsidR="00DB53B8" w:rsidRDefault="00DB53B8"/>
        </w:tc>
        <w:tc>
          <w:tcPr>
            <w:tcW w:w="2436" w:type="dxa"/>
            <w:tcMar>
              <w:top w:w="95" w:type="dxa"/>
              <w:bottom w:w="95" w:type="dxa"/>
            </w:tcMar>
            <w:vAlign w:val="center"/>
          </w:tcPr>
          <w:p w14:paraId="23A41CB2" w14:textId="77777777" w:rsidR="00DB53B8" w:rsidRDefault="00DB53B8"/>
        </w:tc>
      </w:tr>
      <w:tr w:rsidR="00DB53B8" w14:paraId="753A8DF6" w14:textId="77777777" w:rsidTr="00B34301">
        <w:trPr>
          <w:trHeight w:val="691"/>
        </w:trPr>
        <w:tc>
          <w:tcPr>
            <w:tcW w:w="2436" w:type="dxa"/>
            <w:shd w:val="clear" w:color="auto" w:fill="D9D9D9" w:themeFill="background1" w:themeFillShade="D9"/>
            <w:tcMar>
              <w:top w:w="95" w:type="dxa"/>
              <w:bottom w:w="95" w:type="dxa"/>
            </w:tcMar>
            <w:vAlign w:val="center"/>
          </w:tcPr>
          <w:p w14:paraId="59CFAB1E" w14:textId="469BE883" w:rsidR="00DB53B8" w:rsidRDefault="00B34301">
            <w:proofErr w:type="spellStart"/>
            <w:r>
              <w:t>Ostalo</w:t>
            </w:r>
            <w:proofErr w:type="spellEnd"/>
          </w:p>
        </w:tc>
        <w:tc>
          <w:tcPr>
            <w:tcW w:w="2436" w:type="dxa"/>
            <w:tcMar>
              <w:top w:w="95" w:type="dxa"/>
              <w:bottom w:w="95" w:type="dxa"/>
            </w:tcMar>
            <w:vAlign w:val="center"/>
          </w:tcPr>
          <w:p w14:paraId="0EE490B1" w14:textId="77777777" w:rsidR="00DB53B8" w:rsidRDefault="00DB53B8"/>
        </w:tc>
        <w:tc>
          <w:tcPr>
            <w:tcW w:w="2436" w:type="dxa"/>
            <w:tcMar>
              <w:top w:w="95" w:type="dxa"/>
              <w:bottom w:w="95" w:type="dxa"/>
            </w:tcMar>
            <w:vAlign w:val="center"/>
          </w:tcPr>
          <w:p w14:paraId="718F9444" w14:textId="77777777" w:rsidR="00DB53B8" w:rsidRDefault="00DB53B8"/>
        </w:tc>
        <w:tc>
          <w:tcPr>
            <w:tcW w:w="2436" w:type="dxa"/>
            <w:tcMar>
              <w:top w:w="95" w:type="dxa"/>
              <w:bottom w:w="95" w:type="dxa"/>
            </w:tcMar>
            <w:vAlign w:val="center"/>
          </w:tcPr>
          <w:p w14:paraId="2C37D6DC" w14:textId="77777777" w:rsidR="00DB53B8" w:rsidRDefault="00DB53B8"/>
        </w:tc>
      </w:tr>
      <w:tr w:rsidR="00DB53B8" w14:paraId="33399D49" w14:textId="77777777" w:rsidTr="00B34301">
        <w:trPr>
          <w:trHeight w:val="691"/>
        </w:trPr>
        <w:tc>
          <w:tcPr>
            <w:tcW w:w="4873" w:type="dxa"/>
            <w:gridSpan w:val="2"/>
            <w:shd w:val="clear" w:color="auto" w:fill="D9D9D9" w:themeFill="background1" w:themeFillShade="D9"/>
            <w:tcMar>
              <w:top w:w="95" w:type="dxa"/>
              <w:bottom w:w="95" w:type="dxa"/>
            </w:tcMar>
            <w:vAlign w:val="center"/>
          </w:tcPr>
          <w:p w14:paraId="6265009D" w14:textId="77777777" w:rsidR="00DB53B8" w:rsidRDefault="001A70C6">
            <w:proofErr w:type="spellStart"/>
            <w:r>
              <w:t>Ukupna</w:t>
            </w:r>
            <w:proofErr w:type="spellEnd"/>
            <w:r>
              <w:t xml:space="preserve"> </w:t>
            </w:r>
            <w:proofErr w:type="spellStart"/>
            <w:r>
              <w:t>godišnja</w:t>
            </w:r>
            <w:proofErr w:type="spellEnd"/>
            <w:r>
              <w:t xml:space="preserve"> </w:t>
            </w:r>
            <w:proofErr w:type="spellStart"/>
            <w:r>
              <w:t>potrošnja</w:t>
            </w:r>
            <w:proofErr w:type="spellEnd"/>
            <w:r>
              <w:t xml:space="preserve"> </w:t>
            </w:r>
            <w:proofErr w:type="spellStart"/>
            <w:r>
              <w:t>energije</w:t>
            </w:r>
            <w:proofErr w:type="spellEnd"/>
            <w:r>
              <w:t xml:space="preserve"> (kWh)</w:t>
            </w:r>
          </w:p>
        </w:tc>
        <w:tc>
          <w:tcPr>
            <w:tcW w:w="4873" w:type="dxa"/>
            <w:gridSpan w:val="2"/>
            <w:tcMar>
              <w:top w:w="95" w:type="dxa"/>
              <w:bottom w:w="95" w:type="dxa"/>
            </w:tcMar>
            <w:vAlign w:val="center"/>
          </w:tcPr>
          <w:p w14:paraId="57D576C1" w14:textId="77777777" w:rsidR="00DB53B8" w:rsidRDefault="00DB53B8"/>
        </w:tc>
      </w:tr>
      <w:tr w:rsidR="00DB53B8" w14:paraId="4AF82D52" w14:textId="77777777" w:rsidTr="00B34301">
        <w:trPr>
          <w:trHeight w:val="691"/>
        </w:trPr>
        <w:tc>
          <w:tcPr>
            <w:tcW w:w="4873" w:type="dxa"/>
            <w:gridSpan w:val="2"/>
            <w:shd w:val="clear" w:color="auto" w:fill="D9D9D9" w:themeFill="background1" w:themeFillShade="D9"/>
            <w:tcMar>
              <w:top w:w="95" w:type="dxa"/>
              <w:bottom w:w="95" w:type="dxa"/>
            </w:tcMar>
            <w:vAlign w:val="center"/>
          </w:tcPr>
          <w:p w14:paraId="4453C4D3" w14:textId="77777777" w:rsidR="00DB53B8" w:rsidRDefault="001A70C6">
            <w:proofErr w:type="spellStart"/>
            <w:r>
              <w:t>Ukupna</w:t>
            </w:r>
            <w:proofErr w:type="spellEnd"/>
            <w:r>
              <w:t xml:space="preserve"> </w:t>
            </w:r>
            <w:proofErr w:type="spellStart"/>
            <w:r>
              <w:t>godišnja</w:t>
            </w:r>
            <w:proofErr w:type="spellEnd"/>
            <w:r>
              <w:t xml:space="preserve"> </w:t>
            </w:r>
            <w:proofErr w:type="spellStart"/>
            <w:r>
              <w:t>proizvodnja</w:t>
            </w:r>
            <w:proofErr w:type="spellEnd"/>
            <w:r>
              <w:t xml:space="preserve"> </w:t>
            </w:r>
            <w:proofErr w:type="spellStart"/>
            <w:r>
              <w:t>energije</w:t>
            </w:r>
            <w:proofErr w:type="spellEnd"/>
            <w:r>
              <w:t xml:space="preserve"> (kWh)</w:t>
            </w:r>
          </w:p>
        </w:tc>
        <w:tc>
          <w:tcPr>
            <w:tcW w:w="4873" w:type="dxa"/>
            <w:gridSpan w:val="2"/>
            <w:tcMar>
              <w:top w:w="95" w:type="dxa"/>
              <w:bottom w:w="95" w:type="dxa"/>
            </w:tcMar>
            <w:vAlign w:val="center"/>
          </w:tcPr>
          <w:p w14:paraId="5CB29B2E" w14:textId="77777777" w:rsidR="00DB53B8" w:rsidRDefault="00DB53B8"/>
        </w:tc>
      </w:tr>
      <w:tr w:rsidR="00DB53B8" w14:paraId="55377D53" w14:textId="77777777" w:rsidTr="00B34301">
        <w:trPr>
          <w:trHeight w:val="691"/>
        </w:trPr>
        <w:tc>
          <w:tcPr>
            <w:tcW w:w="4873" w:type="dxa"/>
            <w:gridSpan w:val="2"/>
            <w:shd w:val="clear" w:color="auto" w:fill="D9D9D9" w:themeFill="background1" w:themeFillShade="D9"/>
            <w:tcMar>
              <w:top w:w="95" w:type="dxa"/>
              <w:bottom w:w="95" w:type="dxa"/>
            </w:tcMar>
            <w:vAlign w:val="center"/>
          </w:tcPr>
          <w:p w14:paraId="2DEF7510" w14:textId="77777777" w:rsidR="00DB53B8" w:rsidRDefault="001A70C6">
            <w:proofErr w:type="spellStart"/>
            <w:r>
              <w:t>Ostvarena</w:t>
            </w:r>
            <w:proofErr w:type="spellEnd"/>
            <w:r>
              <w:t xml:space="preserve"> </w:t>
            </w:r>
            <w:proofErr w:type="spellStart"/>
            <w:r>
              <w:t>godišnja</w:t>
            </w:r>
            <w:proofErr w:type="spellEnd"/>
            <w:r>
              <w:t xml:space="preserve"> </w:t>
            </w:r>
            <w:proofErr w:type="spellStart"/>
            <w:r>
              <w:t>ušteda</w:t>
            </w:r>
            <w:proofErr w:type="spellEnd"/>
            <w:r>
              <w:t xml:space="preserve"> </w:t>
            </w:r>
            <w:proofErr w:type="spellStart"/>
            <w:r>
              <w:t>energije</w:t>
            </w:r>
            <w:proofErr w:type="spellEnd"/>
            <w:r>
              <w:t xml:space="preserve"> (kWh </w:t>
            </w:r>
            <w:proofErr w:type="spellStart"/>
            <w:r>
              <w:t>ili</w:t>
            </w:r>
            <w:proofErr w:type="spellEnd"/>
            <w:r>
              <w:t xml:space="preserve"> %) i </w:t>
            </w:r>
            <w:proofErr w:type="spellStart"/>
            <w:r>
              <w:t>osnova</w:t>
            </w:r>
            <w:proofErr w:type="spellEnd"/>
            <w:r>
              <w:t xml:space="preserve"> </w:t>
            </w:r>
            <w:proofErr w:type="spellStart"/>
            <w:r>
              <w:t>usporedbe</w:t>
            </w:r>
            <w:proofErr w:type="spellEnd"/>
          </w:p>
        </w:tc>
        <w:tc>
          <w:tcPr>
            <w:tcW w:w="4873" w:type="dxa"/>
            <w:gridSpan w:val="2"/>
            <w:tcMar>
              <w:top w:w="95" w:type="dxa"/>
              <w:bottom w:w="95" w:type="dxa"/>
            </w:tcMar>
            <w:vAlign w:val="center"/>
          </w:tcPr>
          <w:p w14:paraId="566AAB39" w14:textId="77777777" w:rsidR="00DB53B8" w:rsidRDefault="00DB53B8"/>
        </w:tc>
      </w:tr>
    </w:tbl>
    <w:p w14:paraId="7BA2E4A4" w14:textId="77777777" w:rsidR="001D225E" w:rsidRDefault="001D225E">
      <w:pPr>
        <w:pStyle w:val="Heading2"/>
        <w:rPr>
          <w:sz w:val="22"/>
        </w:rPr>
      </w:pPr>
    </w:p>
    <w:p w14:paraId="7ED33ED8" w14:textId="77777777" w:rsidR="001D225E" w:rsidRDefault="001D225E">
      <w:pPr>
        <w:pStyle w:val="Heading2"/>
        <w:rPr>
          <w:sz w:val="22"/>
        </w:rPr>
      </w:pPr>
    </w:p>
    <w:p w14:paraId="197B2876" w14:textId="3E20A12F" w:rsidR="001D225E" w:rsidRDefault="001D225E" w:rsidP="001D225E">
      <w:pPr>
        <w:pStyle w:val="Heading2"/>
        <w:tabs>
          <w:tab w:val="left" w:pos="1164"/>
        </w:tabs>
        <w:rPr>
          <w:sz w:val="22"/>
        </w:rPr>
      </w:pPr>
    </w:p>
    <w:p w14:paraId="626F832B" w14:textId="77777777" w:rsidR="001D225E" w:rsidRDefault="001D225E" w:rsidP="001D225E"/>
    <w:p w14:paraId="2DA37FB2" w14:textId="77777777" w:rsidR="001D225E" w:rsidRDefault="001D225E" w:rsidP="001D225E"/>
    <w:p w14:paraId="51387EE1" w14:textId="77777777" w:rsidR="001D225E" w:rsidRPr="001D225E" w:rsidRDefault="001D225E" w:rsidP="001D225E"/>
    <w:p w14:paraId="22284409" w14:textId="7F686390" w:rsidR="001D225E" w:rsidRPr="001D225E" w:rsidRDefault="001A70C6" w:rsidP="001D225E">
      <w:pPr>
        <w:pStyle w:val="Heading2"/>
        <w:rPr>
          <w:sz w:val="22"/>
        </w:rPr>
      </w:pPr>
      <w:r>
        <w:rPr>
          <w:sz w:val="22"/>
        </w:rPr>
        <w:lastRenderedPageBreak/>
        <w:t>3. POVRŠINE I OKOLIŠ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73"/>
        <w:gridCol w:w="4873"/>
      </w:tblGrid>
      <w:tr w:rsidR="00DB53B8" w14:paraId="39EE345E" w14:textId="77777777" w:rsidTr="00B34301">
        <w:trPr>
          <w:trHeight w:val="691"/>
        </w:trPr>
        <w:tc>
          <w:tcPr>
            <w:tcW w:w="4873" w:type="dxa"/>
            <w:shd w:val="clear" w:color="auto" w:fill="D9D9D9" w:themeFill="background1" w:themeFillShade="D9"/>
            <w:tcMar>
              <w:top w:w="95" w:type="dxa"/>
              <w:bottom w:w="95" w:type="dxa"/>
            </w:tcMar>
            <w:vAlign w:val="center"/>
          </w:tcPr>
          <w:p w14:paraId="5B28DCDF" w14:textId="77777777" w:rsidR="00DB53B8" w:rsidRDefault="001A70C6">
            <w:proofErr w:type="spellStart"/>
            <w:r>
              <w:t>Ukupna</w:t>
            </w:r>
            <w:proofErr w:type="spellEnd"/>
            <w:r>
              <w:t xml:space="preserve"> </w:t>
            </w:r>
            <w:proofErr w:type="spellStart"/>
            <w:r>
              <w:t>površina</w:t>
            </w:r>
            <w:proofErr w:type="spellEnd"/>
            <w:r>
              <w:t xml:space="preserve"> </w:t>
            </w:r>
            <w:proofErr w:type="spellStart"/>
            <w:r>
              <w:t>lokacije</w:t>
            </w:r>
            <w:proofErr w:type="spellEnd"/>
            <w:r>
              <w:t xml:space="preserve"> (m²)</w:t>
            </w:r>
          </w:p>
        </w:tc>
        <w:tc>
          <w:tcPr>
            <w:tcW w:w="4873" w:type="dxa"/>
            <w:tcMar>
              <w:top w:w="95" w:type="dxa"/>
              <w:bottom w:w="95" w:type="dxa"/>
            </w:tcMar>
            <w:vAlign w:val="center"/>
          </w:tcPr>
          <w:p w14:paraId="49AE2C81" w14:textId="77777777" w:rsidR="00DB53B8" w:rsidRDefault="00DB53B8"/>
        </w:tc>
      </w:tr>
      <w:tr w:rsidR="00DB53B8" w14:paraId="55011B46" w14:textId="77777777" w:rsidTr="00B34301">
        <w:trPr>
          <w:trHeight w:val="691"/>
        </w:trPr>
        <w:tc>
          <w:tcPr>
            <w:tcW w:w="4873" w:type="dxa"/>
            <w:shd w:val="clear" w:color="auto" w:fill="D9D9D9" w:themeFill="background1" w:themeFillShade="D9"/>
            <w:tcMar>
              <w:top w:w="95" w:type="dxa"/>
              <w:bottom w:w="95" w:type="dxa"/>
            </w:tcMar>
            <w:vAlign w:val="center"/>
          </w:tcPr>
          <w:p w14:paraId="025BDC62" w14:textId="77777777" w:rsidR="00DB53B8" w:rsidRDefault="001A70C6">
            <w:proofErr w:type="spellStart"/>
            <w:r>
              <w:t>Izgrađenost</w:t>
            </w:r>
            <w:proofErr w:type="spellEnd"/>
            <w:r>
              <w:t xml:space="preserve"> (%)</w:t>
            </w:r>
          </w:p>
        </w:tc>
        <w:tc>
          <w:tcPr>
            <w:tcW w:w="4873" w:type="dxa"/>
            <w:tcMar>
              <w:top w:w="95" w:type="dxa"/>
              <w:bottom w:w="95" w:type="dxa"/>
            </w:tcMar>
            <w:vAlign w:val="center"/>
          </w:tcPr>
          <w:p w14:paraId="1922541A" w14:textId="77777777" w:rsidR="00DB53B8" w:rsidRDefault="00DB53B8"/>
        </w:tc>
      </w:tr>
      <w:tr w:rsidR="00DB53B8" w14:paraId="3A31442F" w14:textId="77777777" w:rsidTr="00B34301">
        <w:trPr>
          <w:trHeight w:val="691"/>
        </w:trPr>
        <w:tc>
          <w:tcPr>
            <w:tcW w:w="4873" w:type="dxa"/>
            <w:shd w:val="clear" w:color="auto" w:fill="D9D9D9" w:themeFill="background1" w:themeFillShade="D9"/>
            <w:tcMar>
              <w:top w:w="95" w:type="dxa"/>
              <w:bottom w:w="95" w:type="dxa"/>
            </w:tcMar>
            <w:vAlign w:val="center"/>
          </w:tcPr>
          <w:p w14:paraId="26803542" w14:textId="77777777" w:rsidR="00DB53B8" w:rsidRDefault="001A70C6">
            <w:proofErr w:type="spellStart"/>
            <w:r>
              <w:t>Površina</w:t>
            </w:r>
            <w:proofErr w:type="spellEnd"/>
            <w:r>
              <w:t xml:space="preserve"> </w:t>
            </w:r>
            <w:proofErr w:type="spellStart"/>
            <w:r>
              <w:t>prekrivena</w:t>
            </w:r>
            <w:proofErr w:type="spellEnd"/>
            <w:r>
              <w:t xml:space="preserve"> </w:t>
            </w:r>
            <w:proofErr w:type="spellStart"/>
            <w:r>
              <w:t>zelenilom</w:t>
            </w:r>
            <w:proofErr w:type="spellEnd"/>
            <w:r>
              <w:t xml:space="preserve"> (m²)</w:t>
            </w:r>
          </w:p>
        </w:tc>
        <w:tc>
          <w:tcPr>
            <w:tcW w:w="4873" w:type="dxa"/>
            <w:tcMar>
              <w:top w:w="95" w:type="dxa"/>
              <w:bottom w:w="95" w:type="dxa"/>
            </w:tcMar>
            <w:vAlign w:val="center"/>
          </w:tcPr>
          <w:p w14:paraId="1F87DCE0" w14:textId="77777777" w:rsidR="00DB53B8" w:rsidRDefault="00DB53B8"/>
        </w:tc>
      </w:tr>
      <w:tr w:rsidR="00DB53B8" w14:paraId="35E4542C" w14:textId="77777777" w:rsidTr="00B34301">
        <w:trPr>
          <w:trHeight w:val="691"/>
        </w:trPr>
        <w:tc>
          <w:tcPr>
            <w:tcW w:w="4873" w:type="dxa"/>
            <w:shd w:val="clear" w:color="auto" w:fill="D9D9D9" w:themeFill="background1" w:themeFillShade="D9"/>
            <w:tcMar>
              <w:top w:w="95" w:type="dxa"/>
              <w:bottom w:w="95" w:type="dxa"/>
            </w:tcMar>
            <w:vAlign w:val="center"/>
          </w:tcPr>
          <w:p w14:paraId="0F118B81" w14:textId="77777777" w:rsidR="00DB53B8" w:rsidRDefault="001A70C6">
            <w:proofErr w:type="spellStart"/>
            <w:r>
              <w:t>Ukupan</w:t>
            </w:r>
            <w:proofErr w:type="spellEnd"/>
            <w:r>
              <w:t xml:space="preserve"> </w:t>
            </w:r>
            <w:proofErr w:type="spellStart"/>
            <w:r>
              <w:t>broj</w:t>
            </w:r>
            <w:proofErr w:type="spellEnd"/>
            <w:r>
              <w:t xml:space="preserve"> </w:t>
            </w:r>
            <w:proofErr w:type="spellStart"/>
            <w:r>
              <w:t>stabala</w:t>
            </w:r>
            <w:proofErr w:type="spellEnd"/>
          </w:p>
        </w:tc>
        <w:tc>
          <w:tcPr>
            <w:tcW w:w="4873" w:type="dxa"/>
            <w:tcMar>
              <w:top w:w="95" w:type="dxa"/>
              <w:bottom w:w="95" w:type="dxa"/>
            </w:tcMar>
            <w:vAlign w:val="center"/>
          </w:tcPr>
          <w:p w14:paraId="2F2191D5" w14:textId="77777777" w:rsidR="00DB53B8" w:rsidRDefault="00DB53B8"/>
        </w:tc>
      </w:tr>
      <w:tr w:rsidR="00DB53B8" w14:paraId="767D9562" w14:textId="77777777" w:rsidTr="00B34301">
        <w:trPr>
          <w:trHeight w:val="691"/>
        </w:trPr>
        <w:tc>
          <w:tcPr>
            <w:tcW w:w="4873" w:type="dxa"/>
            <w:shd w:val="clear" w:color="auto" w:fill="D9D9D9" w:themeFill="background1" w:themeFillShade="D9"/>
            <w:tcMar>
              <w:top w:w="95" w:type="dxa"/>
              <w:bottom w:w="95" w:type="dxa"/>
            </w:tcMar>
            <w:vAlign w:val="center"/>
          </w:tcPr>
          <w:p w14:paraId="137DF3E1" w14:textId="77777777" w:rsidR="00DB53B8" w:rsidRDefault="001A70C6">
            <w:proofErr w:type="spellStart"/>
            <w:r>
              <w:t>Broj</w:t>
            </w:r>
            <w:proofErr w:type="spellEnd"/>
            <w:r>
              <w:t xml:space="preserve"> </w:t>
            </w:r>
            <w:proofErr w:type="spellStart"/>
            <w:r>
              <w:t>novoposađenih</w:t>
            </w:r>
            <w:proofErr w:type="spellEnd"/>
            <w:r>
              <w:t xml:space="preserve"> </w:t>
            </w:r>
            <w:proofErr w:type="spellStart"/>
            <w:r>
              <w:t>stabala</w:t>
            </w:r>
            <w:proofErr w:type="spellEnd"/>
            <w:r>
              <w:t xml:space="preserve"> u </w:t>
            </w:r>
            <w:proofErr w:type="spellStart"/>
            <w:r>
              <w:t>posljednjih</w:t>
            </w:r>
            <w:proofErr w:type="spellEnd"/>
            <w:r>
              <w:t xml:space="preserve"> </w:t>
            </w:r>
            <w:proofErr w:type="spellStart"/>
            <w:r>
              <w:t>godinu</w:t>
            </w:r>
            <w:proofErr w:type="spellEnd"/>
            <w:r>
              <w:t xml:space="preserve"> dana</w:t>
            </w:r>
          </w:p>
        </w:tc>
        <w:tc>
          <w:tcPr>
            <w:tcW w:w="4873" w:type="dxa"/>
            <w:tcMar>
              <w:top w:w="95" w:type="dxa"/>
              <w:bottom w:w="95" w:type="dxa"/>
            </w:tcMar>
            <w:vAlign w:val="center"/>
          </w:tcPr>
          <w:p w14:paraId="6201B4AF" w14:textId="77777777" w:rsidR="00DB53B8" w:rsidRDefault="00DB53B8"/>
        </w:tc>
      </w:tr>
      <w:tr w:rsidR="00DB53B8" w14:paraId="378C7185" w14:textId="77777777" w:rsidTr="00B34301">
        <w:trPr>
          <w:trHeight w:val="691"/>
        </w:trPr>
        <w:tc>
          <w:tcPr>
            <w:tcW w:w="4873" w:type="dxa"/>
            <w:shd w:val="clear" w:color="auto" w:fill="D9D9D9" w:themeFill="background1" w:themeFillShade="D9"/>
            <w:tcMar>
              <w:top w:w="95" w:type="dxa"/>
              <w:bottom w:w="95" w:type="dxa"/>
            </w:tcMar>
            <w:vAlign w:val="center"/>
          </w:tcPr>
          <w:p w14:paraId="4AD8BB73" w14:textId="77777777" w:rsidR="00DB53B8" w:rsidRDefault="001A70C6">
            <w:proofErr w:type="spellStart"/>
            <w:r>
              <w:t>Ukupna</w:t>
            </w:r>
            <w:proofErr w:type="spellEnd"/>
            <w:r>
              <w:t xml:space="preserve"> </w:t>
            </w:r>
            <w:proofErr w:type="spellStart"/>
            <w:r>
              <w:t>ovojnica</w:t>
            </w:r>
            <w:proofErr w:type="spellEnd"/>
            <w:r>
              <w:t xml:space="preserve"> </w:t>
            </w:r>
            <w:proofErr w:type="spellStart"/>
            <w:r>
              <w:t>poslovnih</w:t>
            </w:r>
            <w:proofErr w:type="spellEnd"/>
            <w:r>
              <w:t xml:space="preserve"> </w:t>
            </w:r>
            <w:proofErr w:type="spellStart"/>
            <w:r>
              <w:t>zgrada</w:t>
            </w:r>
            <w:proofErr w:type="spellEnd"/>
            <w:r>
              <w:t xml:space="preserve"> (m²)</w:t>
            </w:r>
          </w:p>
        </w:tc>
        <w:tc>
          <w:tcPr>
            <w:tcW w:w="4873" w:type="dxa"/>
            <w:tcMar>
              <w:top w:w="95" w:type="dxa"/>
              <w:bottom w:w="95" w:type="dxa"/>
            </w:tcMar>
            <w:vAlign w:val="center"/>
          </w:tcPr>
          <w:p w14:paraId="779C0583" w14:textId="77777777" w:rsidR="00DB53B8" w:rsidRDefault="00DB53B8"/>
        </w:tc>
      </w:tr>
      <w:tr w:rsidR="00DB53B8" w14:paraId="6B6691E6" w14:textId="77777777" w:rsidTr="00B34301">
        <w:trPr>
          <w:trHeight w:val="691"/>
        </w:trPr>
        <w:tc>
          <w:tcPr>
            <w:tcW w:w="4873" w:type="dxa"/>
            <w:shd w:val="clear" w:color="auto" w:fill="D9D9D9" w:themeFill="background1" w:themeFillShade="D9"/>
            <w:tcMar>
              <w:top w:w="95" w:type="dxa"/>
              <w:bottom w:w="95" w:type="dxa"/>
            </w:tcMar>
            <w:vAlign w:val="center"/>
          </w:tcPr>
          <w:p w14:paraId="21EBC9C5" w14:textId="77777777" w:rsidR="00DB53B8" w:rsidRDefault="001A70C6">
            <w:proofErr w:type="spellStart"/>
            <w:r>
              <w:t>Izolirana</w:t>
            </w:r>
            <w:proofErr w:type="spellEnd"/>
            <w:r>
              <w:t xml:space="preserve"> </w:t>
            </w:r>
            <w:proofErr w:type="spellStart"/>
            <w:r>
              <w:t>ovojnica</w:t>
            </w:r>
            <w:proofErr w:type="spellEnd"/>
            <w:r>
              <w:t xml:space="preserve"> </w:t>
            </w:r>
            <w:proofErr w:type="spellStart"/>
            <w:r>
              <w:t>poslovnih</w:t>
            </w:r>
            <w:proofErr w:type="spellEnd"/>
            <w:r>
              <w:t xml:space="preserve"> </w:t>
            </w:r>
            <w:proofErr w:type="spellStart"/>
            <w:r>
              <w:t>zgrada</w:t>
            </w:r>
            <w:proofErr w:type="spellEnd"/>
            <w:r>
              <w:t xml:space="preserve"> (m²)</w:t>
            </w:r>
          </w:p>
        </w:tc>
        <w:tc>
          <w:tcPr>
            <w:tcW w:w="4873" w:type="dxa"/>
            <w:tcMar>
              <w:top w:w="95" w:type="dxa"/>
              <w:bottom w:w="95" w:type="dxa"/>
            </w:tcMar>
            <w:vAlign w:val="center"/>
          </w:tcPr>
          <w:p w14:paraId="6DA844DC" w14:textId="77777777" w:rsidR="00DB53B8" w:rsidRDefault="00DB53B8"/>
        </w:tc>
      </w:tr>
      <w:tr w:rsidR="00DB53B8" w14:paraId="6FFB3B04" w14:textId="77777777" w:rsidTr="00B34301">
        <w:trPr>
          <w:trHeight w:val="691"/>
        </w:trPr>
        <w:tc>
          <w:tcPr>
            <w:tcW w:w="4873" w:type="dxa"/>
            <w:shd w:val="clear" w:color="auto" w:fill="D9D9D9" w:themeFill="background1" w:themeFillShade="D9"/>
            <w:tcMar>
              <w:top w:w="95" w:type="dxa"/>
              <w:bottom w:w="95" w:type="dxa"/>
            </w:tcMar>
            <w:vAlign w:val="center"/>
          </w:tcPr>
          <w:p w14:paraId="58F806A2" w14:textId="77777777" w:rsidR="00DB53B8" w:rsidRDefault="001A70C6">
            <w:proofErr w:type="spellStart"/>
            <w:r>
              <w:t>Ostale</w:t>
            </w:r>
            <w:proofErr w:type="spellEnd"/>
            <w:r>
              <w:t xml:space="preserve"> </w:t>
            </w:r>
            <w:proofErr w:type="spellStart"/>
            <w:r>
              <w:t>mjere</w:t>
            </w:r>
            <w:proofErr w:type="spellEnd"/>
            <w:r>
              <w:t xml:space="preserve"> </w:t>
            </w:r>
            <w:proofErr w:type="spellStart"/>
            <w:r>
              <w:t>očuvanja</w:t>
            </w:r>
            <w:proofErr w:type="spellEnd"/>
            <w:r>
              <w:t xml:space="preserve"> </w:t>
            </w:r>
            <w:proofErr w:type="spellStart"/>
            <w:r>
              <w:t>okoliša</w:t>
            </w:r>
            <w:proofErr w:type="spellEnd"/>
          </w:p>
        </w:tc>
        <w:tc>
          <w:tcPr>
            <w:tcW w:w="4873" w:type="dxa"/>
            <w:tcMar>
              <w:top w:w="95" w:type="dxa"/>
              <w:bottom w:w="95" w:type="dxa"/>
            </w:tcMar>
            <w:vAlign w:val="center"/>
          </w:tcPr>
          <w:p w14:paraId="3E236C36" w14:textId="77777777" w:rsidR="00DB53B8" w:rsidRDefault="00DB53B8"/>
        </w:tc>
      </w:tr>
    </w:tbl>
    <w:p w14:paraId="0ED7C2BC" w14:textId="77777777" w:rsidR="001D225E" w:rsidRDefault="001D225E">
      <w:pPr>
        <w:pStyle w:val="Heading2"/>
        <w:rPr>
          <w:sz w:val="22"/>
        </w:rPr>
      </w:pPr>
    </w:p>
    <w:p w14:paraId="3D53C959" w14:textId="77777777" w:rsidR="001D225E" w:rsidRDefault="001D225E">
      <w:pPr>
        <w:pStyle w:val="Heading2"/>
        <w:rPr>
          <w:sz w:val="22"/>
        </w:rPr>
      </w:pPr>
    </w:p>
    <w:p w14:paraId="4E499D26" w14:textId="77777777" w:rsidR="001D225E" w:rsidRDefault="001D225E">
      <w:pPr>
        <w:pStyle w:val="Heading2"/>
        <w:rPr>
          <w:sz w:val="22"/>
        </w:rPr>
      </w:pPr>
    </w:p>
    <w:p w14:paraId="273BD877" w14:textId="77777777" w:rsidR="001D225E" w:rsidRDefault="001D225E">
      <w:pPr>
        <w:pStyle w:val="Heading2"/>
        <w:rPr>
          <w:sz w:val="22"/>
        </w:rPr>
      </w:pPr>
    </w:p>
    <w:p w14:paraId="2644FEFE" w14:textId="77777777" w:rsidR="001D225E" w:rsidRDefault="001D225E">
      <w:pPr>
        <w:pStyle w:val="Heading2"/>
        <w:rPr>
          <w:sz w:val="22"/>
        </w:rPr>
      </w:pPr>
    </w:p>
    <w:p w14:paraId="03C7D638" w14:textId="77777777" w:rsidR="001D225E" w:rsidRDefault="001D225E">
      <w:pPr>
        <w:pStyle w:val="Heading2"/>
        <w:rPr>
          <w:sz w:val="22"/>
        </w:rPr>
      </w:pPr>
    </w:p>
    <w:p w14:paraId="3D2D7615" w14:textId="77777777" w:rsidR="001D225E" w:rsidRDefault="001D225E">
      <w:pPr>
        <w:pStyle w:val="Heading2"/>
        <w:rPr>
          <w:sz w:val="22"/>
        </w:rPr>
      </w:pPr>
    </w:p>
    <w:p w14:paraId="2C054C80" w14:textId="77777777" w:rsidR="001D225E" w:rsidRDefault="001D225E" w:rsidP="001D225E"/>
    <w:p w14:paraId="6179CE93" w14:textId="77777777" w:rsidR="001D225E" w:rsidRPr="001D225E" w:rsidRDefault="001D225E" w:rsidP="001D225E"/>
    <w:p w14:paraId="0826A68B" w14:textId="77777777" w:rsidR="001D225E" w:rsidRDefault="001D225E">
      <w:pPr>
        <w:pStyle w:val="Heading2"/>
        <w:rPr>
          <w:sz w:val="22"/>
        </w:rPr>
      </w:pPr>
    </w:p>
    <w:p w14:paraId="4BC9983B" w14:textId="77777777" w:rsidR="001D225E" w:rsidRPr="001D225E" w:rsidRDefault="001D225E" w:rsidP="001D225E"/>
    <w:p w14:paraId="1413FBC5" w14:textId="0D20B06D" w:rsidR="00DB53B8" w:rsidRDefault="001A70C6">
      <w:pPr>
        <w:pStyle w:val="Heading2"/>
      </w:pPr>
      <w:r>
        <w:rPr>
          <w:sz w:val="22"/>
        </w:rPr>
        <w:lastRenderedPageBreak/>
        <w:t>4. GOSPODARENJE OTPADOM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18"/>
        <w:gridCol w:w="6128"/>
      </w:tblGrid>
      <w:tr w:rsidR="00DB53B8" w14:paraId="1ACD2DE6" w14:textId="77777777" w:rsidTr="00B34301">
        <w:trPr>
          <w:trHeight w:val="691"/>
        </w:trPr>
        <w:tc>
          <w:tcPr>
            <w:tcW w:w="3618" w:type="dxa"/>
            <w:shd w:val="clear" w:color="auto" w:fill="D9D9D9" w:themeFill="background1" w:themeFillShade="D9"/>
            <w:tcMar>
              <w:top w:w="95" w:type="dxa"/>
              <w:bottom w:w="95" w:type="dxa"/>
            </w:tcMar>
            <w:vAlign w:val="center"/>
          </w:tcPr>
          <w:p w14:paraId="5DAE7D05" w14:textId="0BC71C24" w:rsidR="00DB53B8" w:rsidRDefault="00B34301" w:rsidP="00B34301">
            <w:pPr>
              <w:jc w:val="center"/>
            </w:pPr>
            <w:r>
              <w:t>VRSTA OTPADA</w:t>
            </w:r>
          </w:p>
        </w:tc>
        <w:tc>
          <w:tcPr>
            <w:tcW w:w="6128" w:type="dxa"/>
            <w:shd w:val="clear" w:color="auto" w:fill="D9D9D9" w:themeFill="background1" w:themeFillShade="D9"/>
            <w:tcMar>
              <w:top w:w="95" w:type="dxa"/>
              <w:bottom w:w="95" w:type="dxa"/>
            </w:tcMar>
            <w:vAlign w:val="center"/>
          </w:tcPr>
          <w:p w14:paraId="09FF1B76" w14:textId="41B35F5D" w:rsidR="00DB53B8" w:rsidRDefault="00B34301" w:rsidP="00B34301">
            <w:pPr>
              <w:jc w:val="center"/>
            </w:pPr>
            <w:r>
              <w:t>ODVOJENO PRIKUPLJENO (T/GOD)</w:t>
            </w:r>
          </w:p>
        </w:tc>
      </w:tr>
      <w:tr w:rsidR="00DB53B8" w14:paraId="5E8D88FD" w14:textId="77777777" w:rsidTr="00B34301">
        <w:trPr>
          <w:trHeight w:val="691"/>
        </w:trPr>
        <w:tc>
          <w:tcPr>
            <w:tcW w:w="3618" w:type="dxa"/>
            <w:shd w:val="clear" w:color="auto" w:fill="D9D9D9" w:themeFill="background1" w:themeFillShade="D9"/>
            <w:tcMar>
              <w:top w:w="95" w:type="dxa"/>
              <w:bottom w:w="95" w:type="dxa"/>
            </w:tcMar>
            <w:vAlign w:val="center"/>
          </w:tcPr>
          <w:p w14:paraId="4C669497" w14:textId="77777777" w:rsidR="00DB53B8" w:rsidRDefault="001A70C6">
            <w:proofErr w:type="spellStart"/>
            <w:r>
              <w:t>Drvo</w:t>
            </w:r>
            <w:proofErr w:type="spellEnd"/>
          </w:p>
        </w:tc>
        <w:tc>
          <w:tcPr>
            <w:tcW w:w="6128" w:type="dxa"/>
            <w:tcMar>
              <w:top w:w="95" w:type="dxa"/>
              <w:bottom w:w="95" w:type="dxa"/>
            </w:tcMar>
            <w:vAlign w:val="center"/>
          </w:tcPr>
          <w:p w14:paraId="165F3C00" w14:textId="77777777" w:rsidR="00DB53B8" w:rsidRDefault="00DB53B8"/>
        </w:tc>
      </w:tr>
      <w:tr w:rsidR="00DB53B8" w14:paraId="26F1D2BC" w14:textId="77777777" w:rsidTr="00B34301">
        <w:trPr>
          <w:trHeight w:val="691"/>
        </w:trPr>
        <w:tc>
          <w:tcPr>
            <w:tcW w:w="3618" w:type="dxa"/>
            <w:shd w:val="clear" w:color="auto" w:fill="D9D9D9" w:themeFill="background1" w:themeFillShade="D9"/>
            <w:tcMar>
              <w:top w:w="95" w:type="dxa"/>
              <w:bottom w:w="95" w:type="dxa"/>
            </w:tcMar>
            <w:vAlign w:val="center"/>
          </w:tcPr>
          <w:p w14:paraId="76CD4C91" w14:textId="77777777" w:rsidR="00DB53B8" w:rsidRDefault="001A70C6">
            <w:r>
              <w:t>Guma</w:t>
            </w:r>
          </w:p>
        </w:tc>
        <w:tc>
          <w:tcPr>
            <w:tcW w:w="6128" w:type="dxa"/>
            <w:tcMar>
              <w:top w:w="95" w:type="dxa"/>
              <w:bottom w:w="95" w:type="dxa"/>
            </w:tcMar>
            <w:vAlign w:val="center"/>
          </w:tcPr>
          <w:p w14:paraId="3CFF3DC7" w14:textId="77777777" w:rsidR="00DB53B8" w:rsidRDefault="00DB53B8"/>
        </w:tc>
      </w:tr>
      <w:tr w:rsidR="00DB53B8" w14:paraId="60E4EEC6" w14:textId="77777777" w:rsidTr="00B34301">
        <w:trPr>
          <w:trHeight w:val="691"/>
        </w:trPr>
        <w:tc>
          <w:tcPr>
            <w:tcW w:w="3618" w:type="dxa"/>
            <w:shd w:val="clear" w:color="auto" w:fill="D9D9D9" w:themeFill="background1" w:themeFillShade="D9"/>
            <w:tcMar>
              <w:top w:w="95" w:type="dxa"/>
              <w:bottom w:w="95" w:type="dxa"/>
            </w:tcMar>
            <w:vAlign w:val="center"/>
          </w:tcPr>
          <w:p w14:paraId="262E4F2A" w14:textId="77777777" w:rsidR="00DB53B8" w:rsidRDefault="001A70C6">
            <w:r>
              <w:t>Metal</w:t>
            </w:r>
          </w:p>
        </w:tc>
        <w:tc>
          <w:tcPr>
            <w:tcW w:w="6128" w:type="dxa"/>
            <w:tcMar>
              <w:top w:w="95" w:type="dxa"/>
              <w:bottom w:w="95" w:type="dxa"/>
            </w:tcMar>
            <w:vAlign w:val="center"/>
          </w:tcPr>
          <w:p w14:paraId="599FC211" w14:textId="77777777" w:rsidR="00DB53B8" w:rsidRDefault="00DB53B8"/>
        </w:tc>
      </w:tr>
      <w:tr w:rsidR="00DB53B8" w14:paraId="66AE739F" w14:textId="77777777" w:rsidTr="00B34301">
        <w:trPr>
          <w:trHeight w:val="691"/>
        </w:trPr>
        <w:tc>
          <w:tcPr>
            <w:tcW w:w="3618" w:type="dxa"/>
            <w:shd w:val="clear" w:color="auto" w:fill="D9D9D9" w:themeFill="background1" w:themeFillShade="D9"/>
            <w:tcMar>
              <w:top w:w="95" w:type="dxa"/>
              <w:bottom w:w="95" w:type="dxa"/>
            </w:tcMar>
            <w:vAlign w:val="center"/>
          </w:tcPr>
          <w:p w14:paraId="49A911A6" w14:textId="77777777" w:rsidR="00DB53B8" w:rsidRDefault="001A70C6">
            <w:r>
              <w:t>Papir</w:t>
            </w:r>
          </w:p>
        </w:tc>
        <w:tc>
          <w:tcPr>
            <w:tcW w:w="6128" w:type="dxa"/>
            <w:tcMar>
              <w:top w:w="95" w:type="dxa"/>
              <w:bottom w:w="95" w:type="dxa"/>
            </w:tcMar>
            <w:vAlign w:val="center"/>
          </w:tcPr>
          <w:p w14:paraId="7616E079" w14:textId="77777777" w:rsidR="00DB53B8" w:rsidRDefault="00DB53B8"/>
        </w:tc>
      </w:tr>
      <w:tr w:rsidR="00DB53B8" w14:paraId="4F8270F4" w14:textId="77777777" w:rsidTr="00B34301">
        <w:trPr>
          <w:trHeight w:val="691"/>
        </w:trPr>
        <w:tc>
          <w:tcPr>
            <w:tcW w:w="3618" w:type="dxa"/>
            <w:shd w:val="clear" w:color="auto" w:fill="D9D9D9" w:themeFill="background1" w:themeFillShade="D9"/>
            <w:tcMar>
              <w:top w:w="95" w:type="dxa"/>
              <w:bottom w:w="95" w:type="dxa"/>
            </w:tcMar>
            <w:vAlign w:val="center"/>
          </w:tcPr>
          <w:p w14:paraId="4D9689BB" w14:textId="77777777" w:rsidR="00DB53B8" w:rsidRDefault="001A70C6">
            <w:proofErr w:type="spellStart"/>
            <w:r>
              <w:t>Plastika</w:t>
            </w:r>
            <w:proofErr w:type="spellEnd"/>
          </w:p>
        </w:tc>
        <w:tc>
          <w:tcPr>
            <w:tcW w:w="6128" w:type="dxa"/>
            <w:tcMar>
              <w:top w:w="95" w:type="dxa"/>
              <w:bottom w:w="95" w:type="dxa"/>
            </w:tcMar>
            <w:vAlign w:val="center"/>
          </w:tcPr>
          <w:p w14:paraId="232EA526" w14:textId="77777777" w:rsidR="00DB53B8" w:rsidRDefault="00DB53B8"/>
        </w:tc>
      </w:tr>
      <w:tr w:rsidR="00DB53B8" w14:paraId="4A98B331" w14:textId="77777777" w:rsidTr="00B34301">
        <w:trPr>
          <w:trHeight w:val="691"/>
        </w:trPr>
        <w:tc>
          <w:tcPr>
            <w:tcW w:w="3618" w:type="dxa"/>
            <w:shd w:val="clear" w:color="auto" w:fill="D9D9D9" w:themeFill="background1" w:themeFillShade="D9"/>
            <w:tcMar>
              <w:top w:w="95" w:type="dxa"/>
              <w:bottom w:w="95" w:type="dxa"/>
            </w:tcMar>
            <w:vAlign w:val="center"/>
          </w:tcPr>
          <w:p w14:paraId="5A342BC9" w14:textId="77777777" w:rsidR="00DB53B8" w:rsidRDefault="001A70C6">
            <w:r>
              <w:t>Staklo</w:t>
            </w:r>
          </w:p>
        </w:tc>
        <w:tc>
          <w:tcPr>
            <w:tcW w:w="6128" w:type="dxa"/>
            <w:tcMar>
              <w:top w:w="95" w:type="dxa"/>
              <w:bottom w:w="95" w:type="dxa"/>
            </w:tcMar>
            <w:vAlign w:val="center"/>
          </w:tcPr>
          <w:p w14:paraId="1E80B47C" w14:textId="77777777" w:rsidR="00DB53B8" w:rsidRDefault="00DB53B8"/>
        </w:tc>
      </w:tr>
      <w:tr w:rsidR="00DB53B8" w14:paraId="31EB2C44" w14:textId="77777777" w:rsidTr="00B34301">
        <w:trPr>
          <w:trHeight w:val="691"/>
        </w:trPr>
        <w:tc>
          <w:tcPr>
            <w:tcW w:w="3618" w:type="dxa"/>
            <w:shd w:val="clear" w:color="auto" w:fill="D9D9D9" w:themeFill="background1" w:themeFillShade="D9"/>
            <w:tcMar>
              <w:top w:w="95" w:type="dxa"/>
              <w:bottom w:w="95" w:type="dxa"/>
            </w:tcMar>
            <w:vAlign w:val="center"/>
          </w:tcPr>
          <w:p w14:paraId="5F1F36D7" w14:textId="77777777" w:rsidR="00DB53B8" w:rsidRDefault="001A70C6">
            <w:proofErr w:type="spellStart"/>
            <w:r>
              <w:t>Tekstil</w:t>
            </w:r>
            <w:proofErr w:type="spellEnd"/>
          </w:p>
        </w:tc>
        <w:tc>
          <w:tcPr>
            <w:tcW w:w="6128" w:type="dxa"/>
            <w:tcMar>
              <w:top w:w="95" w:type="dxa"/>
              <w:bottom w:w="95" w:type="dxa"/>
            </w:tcMar>
            <w:vAlign w:val="center"/>
          </w:tcPr>
          <w:p w14:paraId="4B87C05A" w14:textId="77777777" w:rsidR="00DB53B8" w:rsidRDefault="00DB53B8"/>
        </w:tc>
      </w:tr>
      <w:tr w:rsidR="00DB53B8" w14:paraId="34BD8F14" w14:textId="77777777" w:rsidTr="00B34301">
        <w:trPr>
          <w:trHeight w:val="691"/>
        </w:trPr>
        <w:tc>
          <w:tcPr>
            <w:tcW w:w="3618" w:type="dxa"/>
            <w:shd w:val="clear" w:color="auto" w:fill="D9D9D9" w:themeFill="background1" w:themeFillShade="D9"/>
            <w:tcMar>
              <w:top w:w="95" w:type="dxa"/>
              <w:bottom w:w="95" w:type="dxa"/>
            </w:tcMar>
            <w:vAlign w:val="center"/>
          </w:tcPr>
          <w:p w14:paraId="260DF1F0" w14:textId="77777777" w:rsidR="00DB53B8" w:rsidRDefault="001A70C6">
            <w:r>
              <w:t xml:space="preserve">Ulja i </w:t>
            </w:r>
            <w:proofErr w:type="spellStart"/>
            <w:r>
              <w:t>masti</w:t>
            </w:r>
            <w:proofErr w:type="spellEnd"/>
          </w:p>
        </w:tc>
        <w:tc>
          <w:tcPr>
            <w:tcW w:w="6128" w:type="dxa"/>
            <w:tcMar>
              <w:top w:w="95" w:type="dxa"/>
              <w:bottom w:w="95" w:type="dxa"/>
            </w:tcMar>
            <w:vAlign w:val="center"/>
          </w:tcPr>
          <w:p w14:paraId="000757BD" w14:textId="77777777" w:rsidR="00DB53B8" w:rsidRDefault="00DB53B8"/>
        </w:tc>
      </w:tr>
      <w:tr w:rsidR="00DB53B8" w14:paraId="5ED160E1" w14:textId="77777777" w:rsidTr="00B34301">
        <w:trPr>
          <w:trHeight w:val="691"/>
        </w:trPr>
        <w:tc>
          <w:tcPr>
            <w:tcW w:w="3618" w:type="dxa"/>
            <w:shd w:val="clear" w:color="auto" w:fill="D9D9D9" w:themeFill="background1" w:themeFillShade="D9"/>
            <w:tcMar>
              <w:top w:w="95" w:type="dxa"/>
              <w:bottom w:w="95" w:type="dxa"/>
            </w:tcMar>
            <w:vAlign w:val="center"/>
          </w:tcPr>
          <w:p w14:paraId="6726CC8E" w14:textId="77777777" w:rsidR="00DB53B8" w:rsidRDefault="001A70C6">
            <w:proofErr w:type="spellStart"/>
            <w:r>
              <w:t>Ostalo</w:t>
            </w:r>
            <w:proofErr w:type="spellEnd"/>
          </w:p>
        </w:tc>
        <w:tc>
          <w:tcPr>
            <w:tcW w:w="6128" w:type="dxa"/>
            <w:tcMar>
              <w:top w:w="95" w:type="dxa"/>
              <w:bottom w:w="95" w:type="dxa"/>
            </w:tcMar>
            <w:vAlign w:val="center"/>
          </w:tcPr>
          <w:p w14:paraId="56824657" w14:textId="77777777" w:rsidR="00DB53B8" w:rsidRDefault="00DB53B8"/>
        </w:tc>
      </w:tr>
      <w:tr w:rsidR="00DB53B8" w14:paraId="58436C98" w14:textId="77777777" w:rsidTr="00B34301">
        <w:trPr>
          <w:trHeight w:val="691"/>
        </w:trPr>
        <w:tc>
          <w:tcPr>
            <w:tcW w:w="3618" w:type="dxa"/>
            <w:shd w:val="clear" w:color="auto" w:fill="D9D9D9" w:themeFill="background1" w:themeFillShade="D9"/>
            <w:tcMar>
              <w:top w:w="95" w:type="dxa"/>
              <w:bottom w:w="95" w:type="dxa"/>
            </w:tcMar>
            <w:vAlign w:val="center"/>
          </w:tcPr>
          <w:p w14:paraId="217E7972" w14:textId="77777777" w:rsidR="00DB53B8" w:rsidRDefault="001A70C6">
            <w:proofErr w:type="spellStart"/>
            <w:r>
              <w:t>Ukupno</w:t>
            </w:r>
            <w:proofErr w:type="spellEnd"/>
            <w:r>
              <w:t xml:space="preserve"> </w:t>
            </w:r>
            <w:proofErr w:type="spellStart"/>
            <w:r>
              <w:t>odvojeno</w:t>
            </w:r>
            <w:proofErr w:type="spellEnd"/>
            <w:r>
              <w:t xml:space="preserve"> </w:t>
            </w:r>
            <w:proofErr w:type="spellStart"/>
            <w:r>
              <w:t>prikupljeno</w:t>
            </w:r>
            <w:proofErr w:type="spellEnd"/>
            <w:r>
              <w:t xml:space="preserve"> (t/</w:t>
            </w:r>
            <w:proofErr w:type="gramStart"/>
            <w:r>
              <w:t>god</w:t>
            </w:r>
            <w:proofErr w:type="gramEnd"/>
            <w:r>
              <w:t>)</w:t>
            </w:r>
          </w:p>
        </w:tc>
        <w:tc>
          <w:tcPr>
            <w:tcW w:w="6128" w:type="dxa"/>
            <w:tcMar>
              <w:top w:w="95" w:type="dxa"/>
              <w:bottom w:w="95" w:type="dxa"/>
            </w:tcMar>
            <w:vAlign w:val="center"/>
          </w:tcPr>
          <w:p w14:paraId="0C05DEDD" w14:textId="77777777" w:rsidR="00DB53B8" w:rsidRDefault="00DB53B8"/>
        </w:tc>
      </w:tr>
      <w:tr w:rsidR="00DB53B8" w14:paraId="335D3C33" w14:textId="77777777" w:rsidTr="00B34301">
        <w:trPr>
          <w:trHeight w:val="691"/>
        </w:trPr>
        <w:tc>
          <w:tcPr>
            <w:tcW w:w="3618" w:type="dxa"/>
            <w:shd w:val="clear" w:color="auto" w:fill="D9D9D9" w:themeFill="background1" w:themeFillShade="D9"/>
            <w:tcMar>
              <w:top w:w="95" w:type="dxa"/>
              <w:bottom w:w="95" w:type="dxa"/>
            </w:tcMar>
            <w:vAlign w:val="center"/>
          </w:tcPr>
          <w:p w14:paraId="2DA9F8C8" w14:textId="77777777" w:rsidR="00DB53B8" w:rsidRDefault="001A70C6">
            <w:proofErr w:type="spellStart"/>
            <w:r>
              <w:t>Ukupno</w:t>
            </w:r>
            <w:proofErr w:type="spellEnd"/>
            <w:r>
              <w:t xml:space="preserve"> </w:t>
            </w:r>
            <w:proofErr w:type="spellStart"/>
            <w:r>
              <w:t>nastali</w:t>
            </w:r>
            <w:proofErr w:type="spellEnd"/>
            <w:r>
              <w:t xml:space="preserve"> </w:t>
            </w:r>
            <w:proofErr w:type="spellStart"/>
            <w:r>
              <w:t>otpad</w:t>
            </w:r>
            <w:proofErr w:type="spellEnd"/>
            <w:r>
              <w:t xml:space="preserve"> (t/</w:t>
            </w:r>
            <w:proofErr w:type="gramStart"/>
            <w:r>
              <w:t>god</w:t>
            </w:r>
            <w:proofErr w:type="gramEnd"/>
            <w:r>
              <w:t>)</w:t>
            </w:r>
          </w:p>
        </w:tc>
        <w:tc>
          <w:tcPr>
            <w:tcW w:w="6128" w:type="dxa"/>
            <w:tcMar>
              <w:top w:w="95" w:type="dxa"/>
              <w:bottom w:w="95" w:type="dxa"/>
            </w:tcMar>
            <w:vAlign w:val="center"/>
          </w:tcPr>
          <w:p w14:paraId="6CB9EA45" w14:textId="77777777" w:rsidR="00DB53B8" w:rsidRDefault="00DB53B8"/>
        </w:tc>
      </w:tr>
      <w:tr w:rsidR="00DB53B8" w14:paraId="0339BD2B" w14:textId="77777777" w:rsidTr="00B34301">
        <w:trPr>
          <w:trHeight w:val="691"/>
        </w:trPr>
        <w:tc>
          <w:tcPr>
            <w:tcW w:w="3618" w:type="dxa"/>
            <w:shd w:val="clear" w:color="auto" w:fill="D9D9D9" w:themeFill="background1" w:themeFillShade="D9"/>
            <w:tcMar>
              <w:top w:w="95" w:type="dxa"/>
              <w:bottom w:w="95" w:type="dxa"/>
            </w:tcMar>
            <w:vAlign w:val="center"/>
          </w:tcPr>
          <w:p w14:paraId="1ADB2FFF" w14:textId="77777777" w:rsidR="00DB53B8" w:rsidRDefault="001A70C6">
            <w:proofErr w:type="spellStart"/>
            <w:r>
              <w:t>Udio</w:t>
            </w:r>
            <w:proofErr w:type="spellEnd"/>
            <w:r>
              <w:t xml:space="preserve"> </w:t>
            </w:r>
            <w:proofErr w:type="spellStart"/>
            <w:r>
              <w:t>odvojeno</w:t>
            </w:r>
            <w:proofErr w:type="spellEnd"/>
            <w:r>
              <w:t xml:space="preserve"> </w:t>
            </w:r>
            <w:proofErr w:type="spellStart"/>
            <w:r>
              <w:t>prikupljenog</w:t>
            </w:r>
            <w:proofErr w:type="spellEnd"/>
            <w:r>
              <w:t xml:space="preserve"> </w:t>
            </w:r>
            <w:proofErr w:type="spellStart"/>
            <w:r>
              <w:t>otpada</w:t>
            </w:r>
            <w:proofErr w:type="spellEnd"/>
            <w:r>
              <w:t xml:space="preserve"> (%)</w:t>
            </w:r>
          </w:p>
        </w:tc>
        <w:tc>
          <w:tcPr>
            <w:tcW w:w="6128" w:type="dxa"/>
            <w:tcMar>
              <w:top w:w="95" w:type="dxa"/>
              <w:bottom w:w="95" w:type="dxa"/>
            </w:tcMar>
            <w:vAlign w:val="center"/>
          </w:tcPr>
          <w:p w14:paraId="65CCF757" w14:textId="77777777" w:rsidR="00DB53B8" w:rsidRDefault="00DB53B8"/>
        </w:tc>
      </w:tr>
    </w:tbl>
    <w:p w14:paraId="67DEBE30" w14:textId="77777777" w:rsidR="001D225E" w:rsidRDefault="001D225E"/>
    <w:p w14:paraId="591AD810" w14:textId="0FE1E36E" w:rsidR="00DB53B8" w:rsidRDefault="001A70C6">
      <w:proofErr w:type="spellStart"/>
      <w:r>
        <w:t>Mjere</w:t>
      </w:r>
      <w:proofErr w:type="spellEnd"/>
      <w:r>
        <w:t xml:space="preserve"> </w:t>
      </w:r>
      <w:proofErr w:type="spellStart"/>
      <w:r>
        <w:t>smanjenja</w:t>
      </w:r>
      <w:proofErr w:type="spellEnd"/>
      <w:r>
        <w:t xml:space="preserve"> </w:t>
      </w:r>
      <w:proofErr w:type="spellStart"/>
      <w:r>
        <w:t>nastanka</w:t>
      </w:r>
      <w:proofErr w:type="spellEnd"/>
      <w:r>
        <w:t xml:space="preserve"> </w:t>
      </w:r>
      <w:proofErr w:type="spellStart"/>
      <w:r>
        <w:t>otpada</w:t>
      </w:r>
      <w:proofErr w:type="spellEnd"/>
      <w:r>
        <w:t xml:space="preserve">, </w:t>
      </w:r>
      <w:proofErr w:type="spellStart"/>
      <w:r>
        <w:t>ponovne</w:t>
      </w:r>
      <w:proofErr w:type="spellEnd"/>
      <w:r>
        <w:t xml:space="preserve"> </w:t>
      </w:r>
      <w:proofErr w:type="spellStart"/>
      <w:r>
        <w:t>uporabe</w:t>
      </w:r>
      <w:proofErr w:type="spellEnd"/>
      <w:r>
        <w:t xml:space="preserve"> i </w:t>
      </w:r>
      <w:proofErr w:type="spellStart"/>
      <w:r>
        <w:t>učinkovitijeg</w:t>
      </w:r>
      <w:proofErr w:type="spellEnd"/>
      <w:r>
        <w:t xml:space="preserve"> </w:t>
      </w:r>
      <w:proofErr w:type="spellStart"/>
      <w:r>
        <w:t>korištenja</w:t>
      </w:r>
      <w:proofErr w:type="spellEnd"/>
      <w:r>
        <w:t xml:space="preserve"> </w:t>
      </w:r>
      <w:proofErr w:type="spellStart"/>
      <w:r>
        <w:t>sirovina</w:t>
      </w:r>
      <w:proofErr w:type="spellEnd"/>
      <w:r>
        <w:t>:</w:t>
      </w:r>
    </w:p>
    <w:p w14:paraId="75DFB58E" w14:textId="77777777" w:rsidR="00DB53B8" w:rsidRDefault="001A70C6">
      <w:r>
        <w:t>________________________________________________________________________________</w:t>
      </w:r>
    </w:p>
    <w:p w14:paraId="2244EDF7" w14:textId="77777777" w:rsidR="00DB53B8" w:rsidRDefault="001A70C6">
      <w:pPr>
        <w:pStyle w:val="Heading2"/>
      </w:pPr>
      <w:r>
        <w:rPr>
          <w:sz w:val="22"/>
        </w:rPr>
        <w:lastRenderedPageBreak/>
        <w:t>5. FINANCIJSKA ULAGANJA</w:t>
      </w:r>
    </w:p>
    <w:p w14:paraId="4969ED6E" w14:textId="77777777" w:rsidR="00DB53B8" w:rsidRDefault="001A70C6">
      <w:proofErr w:type="spellStart"/>
      <w:r>
        <w:t>Iznosi</w:t>
      </w:r>
      <w:proofErr w:type="spellEnd"/>
      <w:r>
        <w:t xml:space="preserve"> u EUR. U </w:t>
      </w:r>
      <w:proofErr w:type="spellStart"/>
      <w:r>
        <w:t>stupcu</w:t>
      </w:r>
      <w:proofErr w:type="spellEnd"/>
      <w:r>
        <w:t xml:space="preserve"> „u </w:t>
      </w:r>
      <w:proofErr w:type="spellStart"/>
      <w:r>
        <w:t>posljednjih</w:t>
      </w:r>
      <w:proofErr w:type="spellEnd"/>
      <w:r>
        <w:t xml:space="preserve"> </w:t>
      </w:r>
      <w:proofErr w:type="spellStart"/>
      <w:r>
        <w:t>godinu</w:t>
      </w:r>
      <w:proofErr w:type="spellEnd"/>
      <w:r>
        <w:t xml:space="preserve"> </w:t>
      </w:r>
      <w:proofErr w:type="gramStart"/>
      <w:r>
        <w:t xml:space="preserve">dana“ </w:t>
      </w:r>
      <w:proofErr w:type="spellStart"/>
      <w:r>
        <w:t>navedite</w:t>
      </w:r>
      <w:proofErr w:type="spellEnd"/>
      <w:proofErr w:type="gramEnd"/>
      <w:r>
        <w:t xml:space="preserve"> </w:t>
      </w:r>
      <w:proofErr w:type="spellStart"/>
      <w:r>
        <w:t>ulaganja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ukupnih</w:t>
      </w:r>
      <w:proofErr w:type="spellEnd"/>
      <w:r>
        <w:t xml:space="preserve"> </w:t>
      </w:r>
      <w:proofErr w:type="spellStart"/>
      <w:r>
        <w:t>dosadašnjih</w:t>
      </w:r>
      <w:proofErr w:type="spellEnd"/>
      <w:r>
        <w:t xml:space="preserve"> </w:t>
      </w:r>
      <w:proofErr w:type="spellStart"/>
      <w:r>
        <w:t>ulaganja</w:t>
      </w:r>
      <w:proofErr w:type="spellEnd"/>
      <w:r>
        <w:t xml:space="preserve">, a ne </w:t>
      </w:r>
      <w:proofErr w:type="spellStart"/>
      <w:r>
        <w:t>dodatni</w:t>
      </w:r>
      <w:proofErr w:type="spellEnd"/>
      <w:r>
        <w:t xml:space="preserve"> </w:t>
      </w:r>
      <w:proofErr w:type="spellStart"/>
      <w:r>
        <w:t>zbroj</w:t>
      </w:r>
      <w:proofErr w:type="spellEnd"/>
      <w: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49"/>
        <w:gridCol w:w="3249"/>
        <w:gridCol w:w="3249"/>
      </w:tblGrid>
      <w:tr w:rsidR="00DB53B8" w:rsidRPr="0091445B" w14:paraId="54A796D2" w14:textId="77777777" w:rsidTr="00B34301">
        <w:trPr>
          <w:trHeight w:val="691"/>
        </w:trPr>
        <w:tc>
          <w:tcPr>
            <w:tcW w:w="3249" w:type="dxa"/>
            <w:shd w:val="clear" w:color="auto" w:fill="D9D9D9" w:themeFill="background1" w:themeFillShade="D9"/>
            <w:tcMar>
              <w:top w:w="95" w:type="dxa"/>
              <w:bottom w:w="95" w:type="dxa"/>
            </w:tcMar>
            <w:vAlign w:val="center"/>
          </w:tcPr>
          <w:p w14:paraId="7FC6607C" w14:textId="035B9A9B" w:rsidR="00DB53B8" w:rsidRDefault="00B34301" w:rsidP="00B34301">
            <w:pPr>
              <w:jc w:val="center"/>
            </w:pPr>
            <w:r>
              <w:t>VRSTA ULAGANJA</w:t>
            </w:r>
          </w:p>
        </w:tc>
        <w:tc>
          <w:tcPr>
            <w:tcW w:w="3249" w:type="dxa"/>
            <w:shd w:val="clear" w:color="auto" w:fill="D9D9D9" w:themeFill="background1" w:themeFillShade="D9"/>
            <w:tcMar>
              <w:top w:w="95" w:type="dxa"/>
              <w:bottom w:w="95" w:type="dxa"/>
            </w:tcMar>
            <w:vAlign w:val="center"/>
          </w:tcPr>
          <w:p w14:paraId="787078D8" w14:textId="74F0001B" w:rsidR="00DB53B8" w:rsidRDefault="00B34301" w:rsidP="00B34301">
            <w:pPr>
              <w:jc w:val="center"/>
            </w:pPr>
            <w:r>
              <w:t>UKUPNO DOSAD (EUR)</w:t>
            </w:r>
          </w:p>
        </w:tc>
        <w:tc>
          <w:tcPr>
            <w:tcW w:w="3249" w:type="dxa"/>
            <w:shd w:val="clear" w:color="auto" w:fill="D9D9D9" w:themeFill="background1" w:themeFillShade="D9"/>
            <w:tcMar>
              <w:top w:w="95" w:type="dxa"/>
              <w:bottom w:w="95" w:type="dxa"/>
            </w:tcMar>
            <w:vAlign w:val="center"/>
          </w:tcPr>
          <w:p w14:paraId="0DD8E3CB" w14:textId="74774EE0" w:rsidR="00DB53B8" w:rsidRPr="00B34301" w:rsidRDefault="00B34301" w:rsidP="00B34301">
            <w:pPr>
              <w:jc w:val="center"/>
              <w:rPr>
                <w:lang w:val="de-DE"/>
              </w:rPr>
            </w:pPr>
            <w:r w:rsidRPr="00B34301">
              <w:rPr>
                <w:lang w:val="de-DE"/>
              </w:rPr>
              <w:t>U POSLJEDNJIH GODINU DANA (EUR)</w:t>
            </w:r>
          </w:p>
        </w:tc>
      </w:tr>
      <w:tr w:rsidR="00DB53B8" w14:paraId="1B3D9D30" w14:textId="77777777" w:rsidTr="00B34301">
        <w:trPr>
          <w:trHeight w:val="691"/>
        </w:trPr>
        <w:tc>
          <w:tcPr>
            <w:tcW w:w="3249" w:type="dxa"/>
            <w:shd w:val="clear" w:color="auto" w:fill="D9D9D9" w:themeFill="background1" w:themeFillShade="D9"/>
            <w:tcMar>
              <w:top w:w="95" w:type="dxa"/>
              <w:bottom w:w="95" w:type="dxa"/>
            </w:tcMar>
            <w:vAlign w:val="center"/>
          </w:tcPr>
          <w:p w14:paraId="3C51D958" w14:textId="77777777" w:rsidR="00DB53B8" w:rsidRDefault="001A70C6">
            <w:proofErr w:type="spellStart"/>
            <w:r>
              <w:t>Obnovljivi</w:t>
            </w:r>
            <w:proofErr w:type="spellEnd"/>
            <w:r>
              <w:t xml:space="preserve"> </w:t>
            </w:r>
            <w:proofErr w:type="spellStart"/>
            <w:r>
              <w:t>izvori</w:t>
            </w:r>
            <w:proofErr w:type="spellEnd"/>
            <w:r>
              <w:t xml:space="preserve"> </w:t>
            </w:r>
            <w:proofErr w:type="spellStart"/>
            <w:r>
              <w:t>energije</w:t>
            </w:r>
            <w:proofErr w:type="spellEnd"/>
          </w:p>
        </w:tc>
        <w:tc>
          <w:tcPr>
            <w:tcW w:w="3249" w:type="dxa"/>
            <w:tcMar>
              <w:top w:w="95" w:type="dxa"/>
              <w:bottom w:w="95" w:type="dxa"/>
            </w:tcMar>
            <w:vAlign w:val="center"/>
          </w:tcPr>
          <w:p w14:paraId="2B0BE3C1" w14:textId="77777777" w:rsidR="00DB53B8" w:rsidRDefault="00DB53B8"/>
        </w:tc>
        <w:tc>
          <w:tcPr>
            <w:tcW w:w="3249" w:type="dxa"/>
            <w:tcMar>
              <w:top w:w="95" w:type="dxa"/>
              <w:bottom w:w="95" w:type="dxa"/>
            </w:tcMar>
            <w:vAlign w:val="center"/>
          </w:tcPr>
          <w:p w14:paraId="022D3457" w14:textId="77777777" w:rsidR="00DB53B8" w:rsidRDefault="00DB53B8"/>
        </w:tc>
      </w:tr>
      <w:tr w:rsidR="00DB53B8" w14:paraId="34598117" w14:textId="77777777" w:rsidTr="00B34301">
        <w:trPr>
          <w:trHeight w:val="691"/>
        </w:trPr>
        <w:tc>
          <w:tcPr>
            <w:tcW w:w="3249" w:type="dxa"/>
            <w:shd w:val="clear" w:color="auto" w:fill="D9D9D9" w:themeFill="background1" w:themeFillShade="D9"/>
            <w:tcMar>
              <w:top w:w="95" w:type="dxa"/>
              <w:bottom w:w="95" w:type="dxa"/>
            </w:tcMar>
            <w:vAlign w:val="center"/>
          </w:tcPr>
          <w:p w14:paraId="25C3FB08" w14:textId="77777777" w:rsidR="00DB53B8" w:rsidRDefault="001A70C6">
            <w:proofErr w:type="spellStart"/>
            <w:r>
              <w:t>Energetska</w:t>
            </w:r>
            <w:proofErr w:type="spellEnd"/>
            <w:r>
              <w:t xml:space="preserve"> </w:t>
            </w:r>
            <w:proofErr w:type="spellStart"/>
            <w:r>
              <w:t>učinkovitost</w:t>
            </w:r>
            <w:proofErr w:type="spellEnd"/>
            <w:r>
              <w:t xml:space="preserve"> i </w:t>
            </w:r>
            <w:proofErr w:type="spellStart"/>
            <w:r>
              <w:t>izolacija</w:t>
            </w:r>
            <w:proofErr w:type="spellEnd"/>
          </w:p>
        </w:tc>
        <w:tc>
          <w:tcPr>
            <w:tcW w:w="3249" w:type="dxa"/>
            <w:tcMar>
              <w:top w:w="95" w:type="dxa"/>
              <w:bottom w:w="95" w:type="dxa"/>
            </w:tcMar>
            <w:vAlign w:val="center"/>
          </w:tcPr>
          <w:p w14:paraId="6A821C0C" w14:textId="77777777" w:rsidR="00DB53B8" w:rsidRDefault="00DB53B8"/>
        </w:tc>
        <w:tc>
          <w:tcPr>
            <w:tcW w:w="3249" w:type="dxa"/>
            <w:tcMar>
              <w:top w:w="95" w:type="dxa"/>
              <w:bottom w:w="95" w:type="dxa"/>
            </w:tcMar>
            <w:vAlign w:val="center"/>
          </w:tcPr>
          <w:p w14:paraId="1C7AF6C4" w14:textId="77777777" w:rsidR="00DB53B8" w:rsidRDefault="00DB53B8"/>
        </w:tc>
      </w:tr>
      <w:tr w:rsidR="00DB53B8" w14:paraId="42078C90" w14:textId="77777777" w:rsidTr="00B34301">
        <w:trPr>
          <w:trHeight w:val="691"/>
        </w:trPr>
        <w:tc>
          <w:tcPr>
            <w:tcW w:w="3249" w:type="dxa"/>
            <w:shd w:val="clear" w:color="auto" w:fill="D9D9D9" w:themeFill="background1" w:themeFillShade="D9"/>
            <w:tcMar>
              <w:top w:w="95" w:type="dxa"/>
              <w:bottom w:w="95" w:type="dxa"/>
            </w:tcMar>
            <w:vAlign w:val="center"/>
          </w:tcPr>
          <w:p w14:paraId="68BA188F" w14:textId="77777777" w:rsidR="00DB53B8" w:rsidRDefault="001A70C6">
            <w:proofErr w:type="spellStart"/>
            <w:r>
              <w:t>Gospodarenje</w:t>
            </w:r>
            <w:proofErr w:type="spellEnd"/>
            <w:r>
              <w:t xml:space="preserve"> </w:t>
            </w:r>
            <w:proofErr w:type="spellStart"/>
            <w:r>
              <w:t>otpadom</w:t>
            </w:r>
            <w:proofErr w:type="spellEnd"/>
            <w:r>
              <w:t xml:space="preserve"> i </w:t>
            </w:r>
            <w:proofErr w:type="spellStart"/>
            <w:r>
              <w:t>resursima</w:t>
            </w:r>
            <w:proofErr w:type="spellEnd"/>
          </w:p>
        </w:tc>
        <w:tc>
          <w:tcPr>
            <w:tcW w:w="3249" w:type="dxa"/>
            <w:tcMar>
              <w:top w:w="95" w:type="dxa"/>
              <w:bottom w:w="95" w:type="dxa"/>
            </w:tcMar>
            <w:vAlign w:val="center"/>
          </w:tcPr>
          <w:p w14:paraId="464D118C" w14:textId="77777777" w:rsidR="00DB53B8" w:rsidRDefault="00DB53B8"/>
        </w:tc>
        <w:tc>
          <w:tcPr>
            <w:tcW w:w="3249" w:type="dxa"/>
            <w:tcMar>
              <w:top w:w="95" w:type="dxa"/>
              <w:bottom w:w="95" w:type="dxa"/>
            </w:tcMar>
            <w:vAlign w:val="center"/>
          </w:tcPr>
          <w:p w14:paraId="15A6FB68" w14:textId="77777777" w:rsidR="00DB53B8" w:rsidRDefault="00DB53B8"/>
        </w:tc>
      </w:tr>
      <w:tr w:rsidR="00DB53B8" w14:paraId="675407A7" w14:textId="77777777" w:rsidTr="00B34301">
        <w:trPr>
          <w:trHeight w:val="691"/>
        </w:trPr>
        <w:tc>
          <w:tcPr>
            <w:tcW w:w="3249" w:type="dxa"/>
            <w:shd w:val="clear" w:color="auto" w:fill="D9D9D9" w:themeFill="background1" w:themeFillShade="D9"/>
            <w:tcMar>
              <w:top w:w="95" w:type="dxa"/>
              <w:bottom w:w="95" w:type="dxa"/>
            </w:tcMar>
            <w:vAlign w:val="center"/>
          </w:tcPr>
          <w:p w14:paraId="36A84A9A" w14:textId="77777777" w:rsidR="00DB53B8" w:rsidRDefault="001A70C6">
            <w:proofErr w:type="spellStart"/>
            <w:r>
              <w:t>Održavanje</w:t>
            </w:r>
            <w:proofErr w:type="spellEnd"/>
            <w:r>
              <w:t xml:space="preserve"> </w:t>
            </w:r>
            <w:proofErr w:type="spellStart"/>
            <w:r>
              <w:t>okoliša</w:t>
            </w:r>
            <w:proofErr w:type="spellEnd"/>
            <w:r>
              <w:t xml:space="preserve"> i </w:t>
            </w:r>
            <w:proofErr w:type="spellStart"/>
            <w:r>
              <w:t>zelene</w:t>
            </w:r>
            <w:proofErr w:type="spellEnd"/>
            <w:r>
              <w:t xml:space="preserve"> </w:t>
            </w:r>
            <w:proofErr w:type="spellStart"/>
            <w:r>
              <w:t>površine</w:t>
            </w:r>
            <w:proofErr w:type="spellEnd"/>
          </w:p>
        </w:tc>
        <w:tc>
          <w:tcPr>
            <w:tcW w:w="3249" w:type="dxa"/>
            <w:tcMar>
              <w:top w:w="95" w:type="dxa"/>
              <w:bottom w:w="95" w:type="dxa"/>
            </w:tcMar>
            <w:vAlign w:val="center"/>
          </w:tcPr>
          <w:p w14:paraId="7142CB10" w14:textId="77777777" w:rsidR="00DB53B8" w:rsidRDefault="00DB53B8"/>
        </w:tc>
        <w:tc>
          <w:tcPr>
            <w:tcW w:w="3249" w:type="dxa"/>
            <w:tcMar>
              <w:top w:w="95" w:type="dxa"/>
              <w:bottom w:w="95" w:type="dxa"/>
            </w:tcMar>
            <w:vAlign w:val="center"/>
          </w:tcPr>
          <w:p w14:paraId="2A750BD7" w14:textId="77777777" w:rsidR="00DB53B8" w:rsidRDefault="00DB53B8"/>
        </w:tc>
      </w:tr>
      <w:tr w:rsidR="00DB53B8" w14:paraId="601F3083" w14:textId="77777777" w:rsidTr="00B34301">
        <w:trPr>
          <w:trHeight w:val="691"/>
        </w:trPr>
        <w:tc>
          <w:tcPr>
            <w:tcW w:w="3249" w:type="dxa"/>
            <w:shd w:val="clear" w:color="auto" w:fill="D9D9D9" w:themeFill="background1" w:themeFillShade="D9"/>
            <w:tcMar>
              <w:top w:w="95" w:type="dxa"/>
              <w:bottom w:w="95" w:type="dxa"/>
            </w:tcMar>
            <w:vAlign w:val="center"/>
          </w:tcPr>
          <w:p w14:paraId="1DB675A0" w14:textId="77777777" w:rsidR="00DB53B8" w:rsidRDefault="001A70C6">
            <w:proofErr w:type="spellStart"/>
            <w:r>
              <w:t>Ostala</w:t>
            </w:r>
            <w:proofErr w:type="spellEnd"/>
            <w:r>
              <w:t xml:space="preserve"> </w:t>
            </w:r>
            <w:proofErr w:type="spellStart"/>
            <w:r>
              <w:t>ulaganja</w:t>
            </w:r>
            <w:proofErr w:type="spellEnd"/>
            <w:r>
              <w:t xml:space="preserve"> u </w:t>
            </w:r>
            <w:proofErr w:type="spellStart"/>
            <w:r>
              <w:t>zaštitu</w:t>
            </w:r>
            <w:proofErr w:type="spellEnd"/>
            <w:r>
              <w:t xml:space="preserve"> </w:t>
            </w:r>
            <w:proofErr w:type="spellStart"/>
            <w:r>
              <w:t>okoliša</w:t>
            </w:r>
            <w:proofErr w:type="spellEnd"/>
          </w:p>
        </w:tc>
        <w:tc>
          <w:tcPr>
            <w:tcW w:w="3249" w:type="dxa"/>
            <w:tcMar>
              <w:top w:w="95" w:type="dxa"/>
              <w:bottom w:w="95" w:type="dxa"/>
            </w:tcMar>
            <w:vAlign w:val="center"/>
          </w:tcPr>
          <w:p w14:paraId="7BCB3A70" w14:textId="77777777" w:rsidR="00DB53B8" w:rsidRDefault="00DB53B8"/>
        </w:tc>
        <w:tc>
          <w:tcPr>
            <w:tcW w:w="3249" w:type="dxa"/>
            <w:tcMar>
              <w:top w:w="95" w:type="dxa"/>
              <w:bottom w:w="95" w:type="dxa"/>
            </w:tcMar>
            <w:vAlign w:val="center"/>
          </w:tcPr>
          <w:p w14:paraId="3E8DC72F" w14:textId="77777777" w:rsidR="00DB53B8" w:rsidRDefault="00DB53B8"/>
        </w:tc>
      </w:tr>
      <w:tr w:rsidR="00DB53B8" w14:paraId="3D584DB0" w14:textId="77777777" w:rsidTr="00B34301">
        <w:trPr>
          <w:trHeight w:val="691"/>
        </w:trPr>
        <w:tc>
          <w:tcPr>
            <w:tcW w:w="3249" w:type="dxa"/>
            <w:shd w:val="clear" w:color="auto" w:fill="D9D9D9" w:themeFill="background1" w:themeFillShade="D9"/>
            <w:tcMar>
              <w:top w:w="95" w:type="dxa"/>
              <w:bottom w:w="95" w:type="dxa"/>
            </w:tcMar>
            <w:vAlign w:val="center"/>
          </w:tcPr>
          <w:p w14:paraId="2794F4A6" w14:textId="77777777" w:rsidR="00DB53B8" w:rsidRDefault="001A70C6">
            <w:proofErr w:type="spellStart"/>
            <w:r>
              <w:t>Informiranje</w:t>
            </w:r>
            <w:proofErr w:type="spellEnd"/>
            <w:r>
              <w:t xml:space="preserve"> i </w:t>
            </w:r>
            <w:proofErr w:type="spellStart"/>
            <w:r>
              <w:t>obrazovanje</w:t>
            </w:r>
            <w:proofErr w:type="spellEnd"/>
            <w:r>
              <w:t xml:space="preserve"> </w:t>
            </w:r>
            <w:proofErr w:type="spellStart"/>
            <w:r>
              <w:t>radnika</w:t>
            </w:r>
            <w:proofErr w:type="spellEnd"/>
          </w:p>
        </w:tc>
        <w:tc>
          <w:tcPr>
            <w:tcW w:w="3249" w:type="dxa"/>
            <w:tcMar>
              <w:top w:w="95" w:type="dxa"/>
              <w:bottom w:w="95" w:type="dxa"/>
            </w:tcMar>
            <w:vAlign w:val="center"/>
          </w:tcPr>
          <w:p w14:paraId="187A3CBA" w14:textId="77777777" w:rsidR="00DB53B8" w:rsidRDefault="00DB53B8"/>
        </w:tc>
        <w:tc>
          <w:tcPr>
            <w:tcW w:w="3249" w:type="dxa"/>
            <w:tcMar>
              <w:top w:w="95" w:type="dxa"/>
              <w:bottom w:w="95" w:type="dxa"/>
            </w:tcMar>
            <w:vAlign w:val="center"/>
          </w:tcPr>
          <w:p w14:paraId="24787CCB" w14:textId="77777777" w:rsidR="00DB53B8" w:rsidRDefault="00DB53B8"/>
        </w:tc>
      </w:tr>
      <w:tr w:rsidR="00DB53B8" w:rsidRPr="0091445B" w14:paraId="735964D7" w14:textId="77777777" w:rsidTr="00B34301">
        <w:trPr>
          <w:trHeight w:val="691"/>
        </w:trPr>
        <w:tc>
          <w:tcPr>
            <w:tcW w:w="3249" w:type="dxa"/>
            <w:shd w:val="clear" w:color="auto" w:fill="D9D9D9" w:themeFill="background1" w:themeFillShade="D9"/>
            <w:tcMar>
              <w:top w:w="95" w:type="dxa"/>
              <w:bottom w:w="95" w:type="dxa"/>
            </w:tcMar>
            <w:vAlign w:val="center"/>
          </w:tcPr>
          <w:p w14:paraId="7FA93FE3" w14:textId="77777777" w:rsidR="00DB53B8" w:rsidRPr="00B34301" w:rsidRDefault="001A70C6">
            <w:pPr>
              <w:rPr>
                <w:lang w:val="de-DE"/>
              </w:rPr>
            </w:pPr>
            <w:proofErr w:type="spellStart"/>
            <w:r w:rsidRPr="00B34301">
              <w:rPr>
                <w:lang w:val="de-DE"/>
              </w:rPr>
              <w:t>Donacije</w:t>
            </w:r>
            <w:proofErr w:type="spellEnd"/>
            <w:r w:rsidRPr="00B34301">
              <w:rPr>
                <w:lang w:val="de-DE"/>
              </w:rPr>
              <w:t xml:space="preserve"> za </w:t>
            </w:r>
            <w:proofErr w:type="spellStart"/>
            <w:r w:rsidRPr="00B34301">
              <w:rPr>
                <w:lang w:val="de-DE"/>
              </w:rPr>
              <w:t>okoliš</w:t>
            </w:r>
            <w:proofErr w:type="spellEnd"/>
            <w:r w:rsidRPr="00B34301">
              <w:rPr>
                <w:lang w:val="de-DE"/>
              </w:rPr>
              <w:t xml:space="preserve"> i </w:t>
            </w:r>
            <w:proofErr w:type="spellStart"/>
            <w:r w:rsidRPr="00B34301">
              <w:rPr>
                <w:lang w:val="de-DE"/>
              </w:rPr>
              <w:t>zelene</w:t>
            </w:r>
            <w:proofErr w:type="spellEnd"/>
            <w:r w:rsidRPr="00B34301">
              <w:rPr>
                <w:lang w:val="de-DE"/>
              </w:rPr>
              <w:t xml:space="preserve"> </w:t>
            </w:r>
            <w:proofErr w:type="spellStart"/>
            <w:r w:rsidRPr="00B34301">
              <w:rPr>
                <w:lang w:val="de-DE"/>
              </w:rPr>
              <w:t>teme</w:t>
            </w:r>
            <w:proofErr w:type="spellEnd"/>
          </w:p>
        </w:tc>
        <w:tc>
          <w:tcPr>
            <w:tcW w:w="3249" w:type="dxa"/>
            <w:tcMar>
              <w:top w:w="95" w:type="dxa"/>
              <w:bottom w:w="95" w:type="dxa"/>
            </w:tcMar>
            <w:vAlign w:val="center"/>
          </w:tcPr>
          <w:p w14:paraId="1B04D756" w14:textId="77777777" w:rsidR="00DB53B8" w:rsidRPr="00B34301" w:rsidRDefault="00DB53B8">
            <w:pPr>
              <w:rPr>
                <w:lang w:val="de-DE"/>
              </w:rPr>
            </w:pPr>
          </w:p>
        </w:tc>
        <w:tc>
          <w:tcPr>
            <w:tcW w:w="3249" w:type="dxa"/>
            <w:tcMar>
              <w:top w:w="95" w:type="dxa"/>
              <w:bottom w:w="95" w:type="dxa"/>
            </w:tcMar>
            <w:vAlign w:val="center"/>
          </w:tcPr>
          <w:p w14:paraId="23C5B910" w14:textId="77777777" w:rsidR="00DB53B8" w:rsidRPr="00B34301" w:rsidRDefault="00DB53B8">
            <w:pPr>
              <w:rPr>
                <w:lang w:val="de-DE"/>
              </w:rPr>
            </w:pPr>
          </w:p>
        </w:tc>
      </w:tr>
      <w:tr w:rsidR="00DB53B8" w14:paraId="5260A312" w14:textId="77777777" w:rsidTr="00B34301">
        <w:trPr>
          <w:trHeight w:val="691"/>
        </w:trPr>
        <w:tc>
          <w:tcPr>
            <w:tcW w:w="3249" w:type="dxa"/>
            <w:shd w:val="clear" w:color="auto" w:fill="D9D9D9" w:themeFill="background1" w:themeFillShade="D9"/>
            <w:tcMar>
              <w:top w:w="95" w:type="dxa"/>
              <w:bottom w:w="95" w:type="dxa"/>
            </w:tcMar>
            <w:vAlign w:val="center"/>
          </w:tcPr>
          <w:p w14:paraId="477E77A1" w14:textId="77777777" w:rsidR="00DB53B8" w:rsidRDefault="001A70C6">
            <w:r>
              <w:t>UKUPNO</w:t>
            </w:r>
          </w:p>
        </w:tc>
        <w:tc>
          <w:tcPr>
            <w:tcW w:w="3249" w:type="dxa"/>
            <w:tcMar>
              <w:top w:w="95" w:type="dxa"/>
              <w:bottom w:w="95" w:type="dxa"/>
            </w:tcMar>
            <w:vAlign w:val="center"/>
          </w:tcPr>
          <w:p w14:paraId="59C02824" w14:textId="77777777" w:rsidR="00DB53B8" w:rsidRDefault="00DB53B8"/>
        </w:tc>
        <w:tc>
          <w:tcPr>
            <w:tcW w:w="3249" w:type="dxa"/>
            <w:tcMar>
              <w:top w:w="95" w:type="dxa"/>
              <w:bottom w:w="95" w:type="dxa"/>
            </w:tcMar>
            <w:vAlign w:val="center"/>
          </w:tcPr>
          <w:p w14:paraId="3BD0BFF3" w14:textId="77777777" w:rsidR="00DB53B8" w:rsidRDefault="00DB53B8"/>
        </w:tc>
      </w:tr>
    </w:tbl>
    <w:p w14:paraId="7F3C518B" w14:textId="77777777" w:rsidR="00900043" w:rsidRDefault="00900043">
      <w:pPr>
        <w:spacing w:after="200"/>
        <w:rPr>
          <w:rFonts w:asciiTheme="majorHAnsi" w:eastAsiaTheme="majorEastAsia" w:hAnsiTheme="majorHAnsi" w:cstheme="majorBidi"/>
          <w:b/>
          <w:bCs/>
          <w:color w:val="4F81BD" w:themeColor="accent1"/>
          <w:szCs w:val="26"/>
        </w:rPr>
      </w:pPr>
      <w:r>
        <w:br w:type="page"/>
      </w:r>
    </w:p>
    <w:p w14:paraId="605CC28D" w14:textId="491329ED" w:rsidR="00DB53B8" w:rsidRDefault="001A70C6">
      <w:pPr>
        <w:pStyle w:val="Heading2"/>
      </w:pPr>
      <w:r>
        <w:rPr>
          <w:sz w:val="22"/>
        </w:rPr>
        <w:lastRenderedPageBreak/>
        <w:t>6. OPIS POSTIGNUĆA I DODATNE INFORMACIJE</w:t>
      </w:r>
    </w:p>
    <w:p w14:paraId="61A09355" w14:textId="77777777" w:rsidR="00DB53B8" w:rsidRDefault="001A70C6" w:rsidP="0091445B">
      <w:pPr>
        <w:jc w:val="both"/>
      </w:pPr>
      <w:r>
        <w:t xml:space="preserve">6.1. </w:t>
      </w:r>
      <w:proofErr w:type="spellStart"/>
      <w:r>
        <w:t>Opišite</w:t>
      </w:r>
      <w:proofErr w:type="spellEnd"/>
      <w:r>
        <w:t xml:space="preserve"> </w:t>
      </w:r>
      <w:proofErr w:type="spellStart"/>
      <w:r>
        <w:t>najvažnija</w:t>
      </w:r>
      <w:proofErr w:type="spellEnd"/>
      <w:r>
        <w:t xml:space="preserve"> </w:t>
      </w:r>
      <w:proofErr w:type="spellStart"/>
      <w:r>
        <w:t>dosadašnja</w:t>
      </w:r>
      <w:proofErr w:type="spellEnd"/>
      <w:r>
        <w:t xml:space="preserve"> </w:t>
      </w:r>
      <w:proofErr w:type="spellStart"/>
      <w:r>
        <w:t>ulaganja</w:t>
      </w:r>
      <w:proofErr w:type="spellEnd"/>
      <w:r>
        <w:t xml:space="preserve"> i </w:t>
      </w:r>
      <w:proofErr w:type="spellStart"/>
      <w:r>
        <w:t>postignuća</w:t>
      </w:r>
      <w:proofErr w:type="spellEnd"/>
      <w:r>
        <w:t xml:space="preserve"> u </w:t>
      </w:r>
      <w:proofErr w:type="spellStart"/>
      <w:r>
        <w:t>području</w:t>
      </w:r>
      <w:proofErr w:type="spellEnd"/>
      <w:r>
        <w:t xml:space="preserve"> </w:t>
      </w:r>
      <w:proofErr w:type="spellStart"/>
      <w:r>
        <w:t>održivog</w:t>
      </w:r>
      <w:proofErr w:type="spellEnd"/>
      <w:r>
        <w:t xml:space="preserve"> </w:t>
      </w:r>
      <w:proofErr w:type="spellStart"/>
      <w:r>
        <w:t>razvoja</w:t>
      </w:r>
      <w:proofErr w:type="spellEnd"/>
      <w:r>
        <w:t xml:space="preserve"> i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okoliša</w:t>
      </w:r>
      <w:proofErr w:type="spellEnd"/>
      <w:r>
        <w:t>.</w:t>
      </w:r>
    </w:p>
    <w:p w14:paraId="6841043C" w14:textId="77777777" w:rsidR="00DB53B8" w:rsidRDefault="001A70C6">
      <w:r>
        <w:t>________________________________________________________________________________</w:t>
      </w:r>
      <w:r>
        <w:br/>
        <w:t>________________________________________________________________________________</w:t>
      </w:r>
    </w:p>
    <w:p w14:paraId="214C6244" w14:textId="77777777" w:rsidR="00DB53B8" w:rsidRDefault="001A70C6" w:rsidP="0091445B">
      <w:pPr>
        <w:jc w:val="both"/>
      </w:pPr>
      <w:r>
        <w:t xml:space="preserve">6.2. Koja </w:t>
      </w:r>
      <w:proofErr w:type="spellStart"/>
      <w:r>
        <w:t>ste</w:t>
      </w:r>
      <w:proofErr w:type="spellEnd"/>
      <w:r>
        <w:t xml:space="preserve"> nova </w:t>
      </w:r>
      <w:proofErr w:type="spellStart"/>
      <w:r>
        <w:t>ulaganja</w:t>
      </w:r>
      <w:proofErr w:type="spellEnd"/>
      <w:r>
        <w:t xml:space="preserve">, </w:t>
      </w:r>
      <w:proofErr w:type="spellStart"/>
      <w:r>
        <w:t>aktivnosti</w:t>
      </w:r>
      <w:proofErr w:type="spellEnd"/>
      <w:r>
        <w:t xml:space="preserve"> i </w:t>
      </w:r>
      <w:proofErr w:type="spellStart"/>
      <w:r>
        <w:t>poboljšanja</w:t>
      </w:r>
      <w:proofErr w:type="spellEnd"/>
      <w:r>
        <w:t xml:space="preserve"> </w:t>
      </w:r>
      <w:proofErr w:type="spellStart"/>
      <w:r>
        <w:t>ostvarili</w:t>
      </w:r>
      <w:proofErr w:type="spellEnd"/>
      <w:r>
        <w:t xml:space="preserve"> u </w:t>
      </w:r>
      <w:proofErr w:type="spellStart"/>
      <w:r>
        <w:t>posljednjih</w:t>
      </w:r>
      <w:proofErr w:type="spellEnd"/>
      <w:r>
        <w:t xml:space="preserve"> </w:t>
      </w:r>
      <w:proofErr w:type="spellStart"/>
      <w:r>
        <w:t>godinu</w:t>
      </w:r>
      <w:proofErr w:type="spellEnd"/>
      <w:r>
        <w:t xml:space="preserve"> dana?</w:t>
      </w:r>
    </w:p>
    <w:p w14:paraId="0A6296D5" w14:textId="77777777" w:rsidR="00DB53B8" w:rsidRDefault="001A70C6">
      <w:r>
        <w:t>________________________________________________________________________________</w:t>
      </w:r>
      <w:r>
        <w:br/>
        <w:t>________________________________________________________________________________</w:t>
      </w:r>
    </w:p>
    <w:p w14:paraId="034131D7" w14:textId="77777777" w:rsidR="00DB53B8" w:rsidRDefault="001A70C6" w:rsidP="0091445B">
      <w:pPr>
        <w:jc w:val="both"/>
      </w:pPr>
      <w:r>
        <w:t xml:space="preserve">6.3. </w:t>
      </w:r>
      <w:proofErr w:type="spellStart"/>
      <w:r>
        <w:t>Navedite</w:t>
      </w:r>
      <w:proofErr w:type="spellEnd"/>
      <w:r>
        <w:t xml:space="preserve"> </w:t>
      </w:r>
      <w:proofErr w:type="spellStart"/>
      <w:r>
        <w:t>konkretne</w:t>
      </w:r>
      <w:proofErr w:type="spellEnd"/>
      <w:r>
        <w:t xml:space="preserve"> </w:t>
      </w:r>
      <w:proofErr w:type="spellStart"/>
      <w:r>
        <w:t>rezultate</w:t>
      </w:r>
      <w:proofErr w:type="spellEnd"/>
      <w:r>
        <w:t xml:space="preserve"> (</w:t>
      </w:r>
      <w:proofErr w:type="spellStart"/>
      <w:r>
        <w:t>npr</w:t>
      </w:r>
      <w:proofErr w:type="spellEnd"/>
      <w:r>
        <w:t xml:space="preserve">. </w:t>
      </w:r>
      <w:proofErr w:type="spellStart"/>
      <w:r>
        <w:t>uštede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, </w:t>
      </w:r>
      <w:proofErr w:type="spellStart"/>
      <w:r>
        <w:t>proizvodnja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OIE, </w:t>
      </w:r>
      <w:proofErr w:type="spellStart"/>
      <w:r>
        <w:t>smanjenje</w:t>
      </w:r>
      <w:proofErr w:type="spellEnd"/>
      <w:r>
        <w:t xml:space="preserve"> </w:t>
      </w:r>
      <w:proofErr w:type="spellStart"/>
      <w:r>
        <w:t>otpada</w:t>
      </w:r>
      <w:proofErr w:type="spellEnd"/>
      <w:r>
        <w:t xml:space="preserve">, </w:t>
      </w:r>
      <w:proofErr w:type="spellStart"/>
      <w:r>
        <w:t>nove</w:t>
      </w:r>
      <w:proofErr w:type="spellEnd"/>
      <w:r>
        <w:t xml:space="preserve"> </w:t>
      </w:r>
      <w:proofErr w:type="spellStart"/>
      <w:r>
        <w:t>zelene</w:t>
      </w:r>
      <w:proofErr w:type="spellEnd"/>
      <w:r>
        <w:t xml:space="preserve"> </w:t>
      </w:r>
      <w:proofErr w:type="spellStart"/>
      <w:r>
        <w:t>površine</w:t>
      </w:r>
      <w:proofErr w:type="spellEnd"/>
      <w:r>
        <w:t>).</w:t>
      </w:r>
    </w:p>
    <w:p w14:paraId="7721AB04" w14:textId="77777777" w:rsidR="00DB53B8" w:rsidRDefault="001A70C6">
      <w:r>
        <w:t>________________________________________________________________________________</w:t>
      </w:r>
      <w:r>
        <w:br/>
        <w:t>________________________________________________________________________________</w:t>
      </w:r>
    </w:p>
    <w:p w14:paraId="61AAB536" w14:textId="77777777" w:rsidR="00DB53B8" w:rsidRDefault="001A70C6" w:rsidP="0091445B">
      <w:pPr>
        <w:jc w:val="both"/>
      </w:pPr>
      <w:r>
        <w:t xml:space="preserve">6.4. Po </w:t>
      </w:r>
      <w:proofErr w:type="spellStart"/>
      <w:r>
        <w:t>čemu</w:t>
      </w:r>
      <w:proofErr w:type="spellEnd"/>
      <w:r>
        <w:t xml:space="preserve"> se </w:t>
      </w:r>
      <w:proofErr w:type="spellStart"/>
      <w:r>
        <w:t>vaše</w:t>
      </w:r>
      <w:proofErr w:type="spellEnd"/>
      <w:r>
        <w:t xml:space="preserve"> </w:t>
      </w:r>
      <w:proofErr w:type="spellStart"/>
      <w:r>
        <w:t>poduzeće</w:t>
      </w:r>
      <w:proofErr w:type="spellEnd"/>
      <w:r>
        <w:t xml:space="preserve"> </w:t>
      </w:r>
      <w:proofErr w:type="spellStart"/>
      <w:r>
        <w:t>posebno</w:t>
      </w:r>
      <w:proofErr w:type="spellEnd"/>
      <w:r>
        <w:t xml:space="preserve"> </w:t>
      </w:r>
      <w:proofErr w:type="spellStart"/>
      <w:r>
        <w:t>ističe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kandidat</w:t>
      </w:r>
      <w:proofErr w:type="spellEnd"/>
      <w:r>
        <w:t xml:space="preserve"> za </w:t>
      </w:r>
      <w:proofErr w:type="spellStart"/>
      <w:r>
        <w:t>nagradu</w:t>
      </w:r>
      <w:proofErr w:type="spellEnd"/>
      <w:r>
        <w:t>?</w:t>
      </w:r>
    </w:p>
    <w:p w14:paraId="6CF6B3A7" w14:textId="77777777" w:rsidR="00DB53B8" w:rsidRDefault="001A70C6">
      <w:r>
        <w:t>________________________________________________________________________________</w:t>
      </w:r>
      <w:r>
        <w:br/>
        <w:t>________________________________________________________________________________</w:t>
      </w:r>
    </w:p>
    <w:p w14:paraId="6A5CD0B1" w14:textId="77777777" w:rsidR="0091445B" w:rsidRDefault="0091445B"/>
    <w:p w14:paraId="0ADB5210" w14:textId="77777777" w:rsidR="0091445B" w:rsidRDefault="0091445B"/>
    <w:p w14:paraId="4BE22CBF" w14:textId="77777777" w:rsidR="0091445B" w:rsidRDefault="0091445B"/>
    <w:p w14:paraId="03DC875E" w14:textId="77777777" w:rsidR="0091445B" w:rsidRDefault="0091445B"/>
    <w:p w14:paraId="7E81100D" w14:textId="77777777" w:rsidR="0091445B" w:rsidRDefault="0091445B"/>
    <w:p w14:paraId="34DAC265" w14:textId="77777777" w:rsidR="0091445B" w:rsidRDefault="0091445B"/>
    <w:p w14:paraId="5AAD3135" w14:textId="77777777" w:rsidR="0091445B" w:rsidRDefault="0091445B"/>
    <w:p w14:paraId="26757C0E" w14:textId="77777777" w:rsidR="0091445B" w:rsidRDefault="0091445B"/>
    <w:p w14:paraId="18BF4E02" w14:textId="77777777" w:rsidR="0091445B" w:rsidRDefault="0091445B"/>
    <w:p w14:paraId="3A5E31A4" w14:textId="77777777" w:rsidR="0091445B" w:rsidRDefault="0091445B"/>
    <w:p w14:paraId="7098087A" w14:textId="77777777" w:rsidR="0091445B" w:rsidRDefault="0091445B"/>
    <w:p w14:paraId="32CE4BF8" w14:textId="77777777" w:rsidR="0091445B" w:rsidRDefault="0091445B"/>
    <w:p w14:paraId="0D17942B" w14:textId="77777777" w:rsidR="0091445B" w:rsidRDefault="0091445B"/>
    <w:p w14:paraId="6241ED29" w14:textId="77777777" w:rsidR="0091445B" w:rsidRDefault="0091445B"/>
    <w:p w14:paraId="69FA9C63" w14:textId="77777777" w:rsidR="0091445B" w:rsidRDefault="0091445B"/>
    <w:p w14:paraId="3091CF16" w14:textId="77777777" w:rsidR="0091445B" w:rsidRDefault="0091445B"/>
    <w:p w14:paraId="0B13C061" w14:textId="77777777" w:rsidR="0091445B" w:rsidRDefault="0091445B"/>
    <w:p w14:paraId="06116BD6" w14:textId="77777777" w:rsidR="0091445B" w:rsidRDefault="0091445B"/>
    <w:p w14:paraId="1679108B" w14:textId="77777777" w:rsidR="0091445B" w:rsidRDefault="0091445B"/>
    <w:p w14:paraId="6547E8A3" w14:textId="77777777" w:rsidR="0091445B" w:rsidRDefault="0091445B"/>
    <w:p w14:paraId="4F57021B" w14:textId="77777777" w:rsidR="00DB53B8" w:rsidRDefault="001A70C6">
      <w:pPr>
        <w:pStyle w:val="Heading2"/>
      </w:pPr>
      <w:r>
        <w:rPr>
          <w:sz w:val="22"/>
        </w:rPr>
        <w:lastRenderedPageBreak/>
        <w:t>7. PRILOZI I IZJAVA</w:t>
      </w:r>
    </w:p>
    <w:p w14:paraId="57F8AA23" w14:textId="77777777" w:rsidR="00DB53B8" w:rsidRDefault="001A70C6">
      <w:proofErr w:type="spellStart"/>
      <w:r>
        <w:t>Popis</w:t>
      </w:r>
      <w:proofErr w:type="spellEnd"/>
      <w:r>
        <w:t xml:space="preserve"> </w:t>
      </w:r>
      <w:proofErr w:type="spellStart"/>
      <w:r>
        <w:t>priloženih</w:t>
      </w:r>
      <w:proofErr w:type="spellEnd"/>
      <w:r>
        <w:t xml:space="preserve"> </w:t>
      </w:r>
      <w:proofErr w:type="spellStart"/>
      <w:r>
        <w:t>dokaza</w:t>
      </w:r>
      <w:proofErr w:type="spellEnd"/>
      <w:r>
        <w:t xml:space="preserve"> (</w:t>
      </w:r>
      <w:proofErr w:type="spellStart"/>
      <w:r>
        <w:t>fotografije</w:t>
      </w:r>
      <w:proofErr w:type="spellEnd"/>
      <w:r>
        <w:t xml:space="preserve">, </w:t>
      </w:r>
      <w:proofErr w:type="spellStart"/>
      <w:r>
        <w:t>računi</w:t>
      </w:r>
      <w:proofErr w:type="spellEnd"/>
      <w:r>
        <w:t xml:space="preserve">, </w:t>
      </w:r>
      <w:proofErr w:type="spellStart"/>
      <w:r>
        <w:t>izvješća</w:t>
      </w:r>
      <w:proofErr w:type="spellEnd"/>
      <w:r>
        <w:t xml:space="preserve">, </w:t>
      </w:r>
      <w:proofErr w:type="spellStart"/>
      <w:r>
        <w:t>evidencije</w:t>
      </w:r>
      <w:proofErr w:type="spellEnd"/>
      <w:r>
        <w:t xml:space="preserve"> i dr.):</w:t>
      </w:r>
    </w:p>
    <w:p w14:paraId="79A3E2DE" w14:textId="77777777" w:rsidR="00DB53B8" w:rsidRDefault="001A70C6">
      <w:r>
        <w:t>________________________________________________________________________________</w:t>
      </w:r>
    </w:p>
    <w:p w14:paraId="2AB3338F" w14:textId="77777777" w:rsidR="00900043" w:rsidRDefault="00900043"/>
    <w:p w14:paraId="1F435CE8" w14:textId="562E6EF9" w:rsidR="00DB53B8" w:rsidRDefault="001A70C6" w:rsidP="0091445B">
      <w:pPr>
        <w:jc w:val="both"/>
      </w:pPr>
      <w:proofErr w:type="spellStart"/>
      <w:r>
        <w:t>Potvrđujemo</w:t>
      </w:r>
      <w:proofErr w:type="spellEnd"/>
      <w:r>
        <w:t xml:space="preserve">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navedeni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</w:t>
      </w:r>
      <w:proofErr w:type="spellStart"/>
      <w:r>
        <w:t>točni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da se </w:t>
      </w:r>
      <w:proofErr w:type="spellStart"/>
      <w:r>
        <w:t>dostavljeni</w:t>
      </w:r>
      <w:proofErr w:type="spellEnd"/>
      <w:r>
        <w:t xml:space="preserve"> </w:t>
      </w:r>
      <w:proofErr w:type="spellStart"/>
      <w:r>
        <w:t>materijali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koristiti</w:t>
      </w:r>
      <w:proofErr w:type="spellEnd"/>
      <w:r>
        <w:t xml:space="preserve"> za </w:t>
      </w:r>
      <w:proofErr w:type="spellStart"/>
      <w:r>
        <w:t>ocjenjivanje</w:t>
      </w:r>
      <w:proofErr w:type="spellEnd"/>
      <w:r>
        <w:t xml:space="preserve"> </w:t>
      </w:r>
      <w:proofErr w:type="spellStart"/>
      <w:r>
        <w:t>prijave</w:t>
      </w:r>
      <w:proofErr w:type="spellEnd"/>
      <w:r>
        <w:t xml:space="preserve"> i </w:t>
      </w:r>
      <w:proofErr w:type="spellStart"/>
      <w:r>
        <w:t>predstavljanje</w:t>
      </w:r>
      <w:proofErr w:type="spellEnd"/>
      <w:r>
        <w:t xml:space="preserve"> </w:t>
      </w:r>
      <w:proofErr w:type="spellStart"/>
      <w:r>
        <w:t>dobitnika</w:t>
      </w:r>
      <w:proofErr w:type="spellEnd"/>
      <w:r>
        <w:t xml:space="preserve"> </w:t>
      </w:r>
      <w:proofErr w:type="spellStart"/>
      <w:r>
        <w:t>nagrade</w:t>
      </w:r>
      <w:proofErr w:type="spellEnd"/>
      <w:r>
        <w:t xml:space="preserve"> u </w:t>
      </w:r>
      <w:proofErr w:type="spellStart"/>
      <w:r>
        <w:t>opsegu</w:t>
      </w:r>
      <w:proofErr w:type="spellEnd"/>
      <w:r>
        <w:t xml:space="preserve"> </w:t>
      </w:r>
      <w:proofErr w:type="spellStart"/>
      <w:r>
        <w:t>dopuštenom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i </w:t>
      </w:r>
      <w:proofErr w:type="spellStart"/>
      <w:r>
        <w:t>pravima</w:t>
      </w:r>
      <w:proofErr w:type="spellEnd"/>
      <w:r>
        <w:t xml:space="preserve"> </w:t>
      </w:r>
      <w:proofErr w:type="spellStart"/>
      <w:r>
        <w:t>trećih</w:t>
      </w:r>
      <w:proofErr w:type="spellEnd"/>
      <w:r>
        <w:t xml:space="preserve"> </w:t>
      </w:r>
      <w:proofErr w:type="spellStart"/>
      <w:r>
        <w:t>osoba</w:t>
      </w:r>
      <w:proofErr w:type="spellEnd"/>
      <w:r>
        <w:t>.</w:t>
      </w:r>
    </w:p>
    <w:p w14:paraId="6AF38A8A" w14:textId="2019D107" w:rsidR="00900043" w:rsidRPr="001D225E" w:rsidRDefault="001A70C6" w:rsidP="0091445B">
      <w:pPr>
        <w:jc w:val="both"/>
        <w:rPr>
          <w:lang w:val="de-DE"/>
        </w:rPr>
      </w:pPr>
      <w:proofErr w:type="spellStart"/>
      <w:r>
        <w:t>Osobni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</w:t>
      </w:r>
      <w:proofErr w:type="spellStart"/>
      <w:r>
        <w:t>kontakt</w:t>
      </w:r>
      <w:proofErr w:type="spellEnd"/>
      <w:r>
        <w:t xml:space="preserve"> </w:t>
      </w:r>
      <w:proofErr w:type="spellStart"/>
      <w:r>
        <w:t>osobe</w:t>
      </w:r>
      <w:proofErr w:type="spellEnd"/>
      <w:r>
        <w:t xml:space="preserve"> </w:t>
      </w:r>
      <w:proofErr w:type="spellStart"/>
      <w:r>
        <w:t>obrađuju</w:t>
      </w:r>
      <w:proofErr w:type="spellEnd"/>
      <w:r>
        <w:t xml:space="preserve"> se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provedbe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poziva</w:t>
      </w:r>
      <w:proofErr w:type="spellEnd"/>
      <w:r>
        <w:t xml:space="preserve">. </w:t>
      </w:r>
      <w:proofErr w:type="spellStart"/>
      <w:r w:rsidRPr="001D225E">
        <w:rPr>
          <w:lang w:val="de-DE"/>
        </w:rPr>
        <w:t>Voditelj</w:t>
      </w:r>
      <w:proofErr w:type="spellEnd"/>
      <w:r w:rsidRPr="001D225E">
        <w:rPr>
          <w:lang w:val="de-DE"/>
        </w:rPr>
        <w:t xml:space="preserve"> </w:t>
      </w:r>
      <w:proofErr w:type="spellStart"/>
      <w:r w:rsidRPr="001D225E">
        <w:rPr>
          <w:lang w:val="de-DE"/>
        </w:rPr>
        <w:t>obrade</w:t>
      </w:r>
      <w:proofErr w:type="spellEnd"/>
      <w:r w:rsidRPr="001D225E">
        <w:rPr>
          <w:lang w:val="de-DE"/>
        </w:rPr>
        <w:t xml:space="preserve">: </w:t>
      </w:r>
      <w:proofErr w:type="spellStart"/>
      <w:r w:rsidRPr="001D225E">
        <w:rPr>
          <w:lang w:val="de-DE"/>
        </w:rPr>
        <w:t>Energetska</w:t>
      </w:r>
      <w:proofErr w:type="spellEnd"/>
      <w:r w:rsidRPr="001D225E">
        <w:rPr>
          <w:lang w:val="de-DE"/>
        </w:rPr>
        <w:t xml:space="preserve"> </w:t>
      </w:r>
      <w:proofErr w:type="spellStart"/>
      <w:r w:rsidRPr="001D225E">
        <w:rPr>
          <w:lang w:val="de-DE"/>
        </w:rPr>
        <w:t>udruga</w:t>
      </w:r>
      <w:proofErr w:type="spellEnd"/>
      <w:r w:rsidRPr="001D225E">
        <w:rPr>
          <w:lang w:val="de-DE"/>
        </w:rPr>
        <w:t xml:space="preserve"> </w:t>
      </w:r>
      <w:proofErr w:type="spellStart"/>
      <w:r w:rsidRPr="001D225E">
        <w:rPr>
          <w:lang w:val="de-DE"/>
        </w:rPr>
        <w:t>građana</w:t>
      </w:r>
      <w:proofErr w:type="spellEnd"/>
      <w:r w:rsidRPr="001D225E">
        <w:rPr>
          <w:lang w:val="de-DE"/>
        </w:rPr>
        <w:t xml:space="preserve"> „Zeleni Prelog“, </w:t>
      </w:r>
      <w:proofErr w:type="spellStart"/>
      <w:r w:rsidRPr="001D225E">
        <w:rPr>
          <w:lang w:val="de-DE"/>
        </w:rPr>
        <w:t>Hrupine</w:t>
      </w:r>
      <w:proofErr w:type="spellEnd"/>
      <w:r w:rsidRPr="001D225E">
        <w:rPr>
          <w:lang w:val="de-DE"/>
        </w:rPr>
        <w:t xml:space="preserve"> 7B, 40323 Prelog; </w:t>
      </w:r>
      <w:proofErr w:type="spellStart"/>
      <w:r w:rsidRPr="001D225E">
        <w:rPr>
          <w:lang w:val="de-DE"/>
        </w:rPr>
        <w:t>kontakt</w:t>
      </w:r>
      <w:proofErr w:type="spellEnd"/>
      <w:r w:rsidRPr="001D225E">
        <w:rPr>
          <w:lang w:val="de-DE"/>
        </w:rPr>
        <w:t xml:space="preserve">: zeleniprelog@prelog.hr. </w:t>
      </w:r>
    </w:p>
    <w:p w14:paraId="2F46A764" w14:textId="77777777" w:rsidR="00900043" w:rsidRPr="001D225E" w:rsidRDefault="00900043">
      <w:pPr>
        <w:rPr>
          <w:lang w:val="de-DE"/>
        </w:rPr>
      </w:pPr>
    </w:p>
    <w:p w14:paraId="753F913B" w14:textId="77777777" w:rsidR="00900043" w:rsidRPr="001D225E" w:rsidRDefault="00900043">
      <w:pPr>
        <w:rPr>
          <w:lang w:val="de-DE"/>
        </w:rPr>
      </w:pPr>
    </w:p>
    <w:p w14:paraId="724316C0" w14:textId="4490775A" w:rsidR="00DB53B8" w:rsidRDefault="001A70C6">
      <w:proofErr w:type="spellStart"/>
      <w:r>
        <w:t>Mjesto</w:t>
      </w:r>
      <w:proofErr w:type="spellEnd"/>
      <w:r>
        <w:t xml:space="preserve"> i datum: ________________________     Ime i </w:t>
      </w:r>
      <w:proofErr w:type="spellStart"/>
      <w:r>
        <w:t>potpis</w:t>
      </w:r>
      <w:proofErr w:type="spellEnd"/>
      <w:r>
        <w:t xml:space="preserve"> </w:t>
      </w:r>
      <w:proofErr w:type="spellStart"/>
      <w:r>
        <w:t>ovlaštene</w:t>
      </w:r>
      <w:proofErr w:type="spellEnd"/>
      <w:r>
        <w:t xml:space="preserve"> </w:t>
      </w:r>
      <w:proofErr w:type="spellStart"/>
      <w:r>
        <w:t>osobe</w:t>
      </w:r>
      <w:proofErr w:type="spellEnd"/>
      <w:r>
        <w:t>: ________________________</w:t>
      </w:r>
    </w:p>
    <w:sectPr w:rsidR="00DB53B8" w:rsidSect="00034616">
      <w:pgSz w:w="12240" w:h="15840"/>
      <w:pgMar w:top="1020" w:right="1247" w:bottom="96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69875655">
    <w:abstractNumId w:val="8"/>
  </w:num>
  <w:num w:numId="2" w16cid:durableId="1063524456">
    <w:abstractNumId w:val="6"/>
  </w:num>
  <w:num w:numId="3" w16cid:durableId="385644843">
    <w:abstractNumId w:val="5"/>
  </w:num>
  <w:num w:numId="4" w16cid:durableId="1070809182">
    <w:abstractNumId w:val="4"/>
  </w:num>
  <w:num w:numId="5" w16cid:durableId="1246456089">
    <w:abstractNumId w:val="7"/>
  </w:num>
  <w:num w:numId="6" w16cid:durableId="59986736">
    <w:abstractNumId w:val="3"/>
  </w:num>
  <w:num w:numId="7" w16cid:durableId="1460227332">
    <w:abstractNumId w:val="2"/>
  </w:num>
  <w:num w:numId="8" w16cid:durableId="120006024">
    <w:abstractNumId w:val="1"/>
  </w:num>
  <w:num w:numId="9" w16cid:durableId="8479072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A70C6"/>
    <w:rsid w:val="001B7E36"/>
    <w:rsid w:val="001D225E"/>
    <w:rsid w:val="0028357B"/>
    <w:rsid w:val="0029639D"/>
    <w:rsid w:val="00326F90"/>
    <w:rsid w:val="004E54F4"/>
    <w:rsid w:val="00861AD9"/>
    <w:rsid w:val="00900043"/>
    <w:rsid w:val="0091445B"/>
    <w:rsid w:val="009E434F"/>
    <w:rsid w:val="00AA1D8D"/>
    <w:rsid w:val="00B34301"/>
    <w:rsid w:val="00B47730"/>
    <w:rsid w:val="00C77C01"/>
    <w:rsid w:val="00CB0664"/>
    <w:rsid w:val="00DB53B8"/>
    <w:rsid w:val="00FC693F"/>
    <w:rsid w:val="00FE3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F6316EC"/>
  <w14:defaultImageDpi w14:val="300"/>
  <w15:docId w15:val="{28F51E51-C842-4309-B3F0-29B9C95A2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/>
    </w:pPr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619</Words>
  <Characters>3531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4142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Grad Prelog</cp:lastModifiedBy>
  <cp:revision>11</cp:revision>
  <dcterms:created xsi:type="dcterms:W3CDTF">2013-12-23T23:15:00Z</dcterms:created>
  <dcterms:modified xsi:type="dcterms:W3CDTF">2026-10-15T10:27:00Z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8b613de9507c0bb2acbf60f84ff89eeac9cf57960000ee67f42a22765c9e16ba</vt:lpwstr>
  </property>
</Properties>
</file>